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B480A3" w14:textId="77777777" w:rsidR="00266466" w:rsidRDefault="009C2B1B">
      <w:pPr>
        <w:spacing w:after="120"/>
      </w:pPr>
      <w:r>
        <w:rPr>
          <w:rFonts w:ascii="Poppins" w:eastAsia="Poppins" w:hAnsi="Poppins"/>
          <w:b/>
          <w:caps/>
          <w:color w:val="69707F"/>
          <w:sz w:val="16"/>
        </w:rPr>
        <w:t>ZAŁĄCZNIK NR 1 DO ZAPYTANIA OFERTOWEGO NR 1/ABG/2026</w:t>
      </w:r>
    </w:p>
    <w:p w14:paraId="76B7A7A8" w14:textId="77777777" w:rsidR="00266466" w:rsidRDefault="009C2B1B">
      <w:pPr>
        <w:spacing w:after="40"/>
      </w:pPr>
      <w:r>
        <w:rPr>
          <w:rFonts w:ascii="Poppins" w:hAnsi="Poppins"/>
          <w:b/>
          <w:color w:val="0B1C4E"/>
          <w:sz w:val="44"/>
        </w:rPr>
        <w:t>Formularz ofertowy</w:t>
      </w:r>
    </w:p>
    <w:p w14:paraId="7EA7CBF1" w14:textId="77777777" w:rsidR="00266466" w:rsidRDefault="009C2B1B">
      <w:pPr>
        <w:spacing w:after="160"/>
      </w:pPr>
      <w:r>
        <w:rPr>
          <w:rFonts w:ascii="Poppins" w:eastAsia="Poppins" w:hAnsi="Poppins"/>
          <w:color w:val="1B398F"/>
          <w:sz w:val="22"/>
        </w:rPr>
        <w:t>Kompleksowa usługa pobytowo-warsztatowa: 3 wyjazdowe turnusy aktywno-integracyjne „Aktywni bez Granic”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266466" w14:paraId="0DECA9DD" w14:textId="77777777">
        <w:tc>
          <w:tcPr>
            <w:tcW w:w="9638" w:type="dxa"/>
            <w:shd w:val="clear" w:color="auto" w:fill="1B398F"/>
          </w:tcPr>
          <w:p w14:paraId="0647DCC2" w14:textId="77777777" w:rsidR="00266466" w:rsidRDefault="00266466">
            <w:pPr>
              <w:spacing w:before="20" w:after="20"/>
            </w:pPr>
          </w:p>
        </w:tc>
      </w:tr>
    </w:tbl>
    <w:p w14:paraId="4B3D3D48" w14:textId="77777777" w:rsidR="00266466" w:rsidRDefault="00266466">
      <w:pPr>
        <w:spacing w:after="120"/>
      </w:pPr>
    </w:p>
    <w:p w14:paraId="0764BD44" w14:textId="77777777" w:rsidR="00266466" w:rsidRDefault="009C2B1B">
      <w:pPr>
        <w:spacing w:after="40"/>
      </w:pPr>
      <w:r>
        <w:rPr>
          <w:color w:val="69707F"/>
          <w:sz w:val="18"/>
        </w:rPr>
        <w:t>Zamawiający: Fundacja Gospodarcza Północnej Wielkopolski, ul. Kołobrzeska 15, 64-920 Piła, KRS 0000970094, NIP 764-270-88-62</w:t>
      </w:r>
    </w:p>
    <w:p w14:paraId="3EBD7F78" w14:textId="77777777" w:rsidR="00266466" w:rsidRDefault="009C2B1B">
      <w:r>
        <w:rPr>
          <w:color w:val="69707F"/>
          <w:sz w:val="18"/>
        </w:rPr>
        <w:t>Ofertę prosimy przesłać na adres biuroprojektu@fgpw.pl (temat: „Oferta - turnusy ABG”) do 18 sierpnia 2026, godz. 23:59.</w:t>
      </w: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10188"/>
      </w:tblGrid>
      <w:tr w:rsidR="00266466" w14:paraId="08B27C96" w14:textId="77777777">
        <w:trPr>
          <w:jc w:val="center"/>
        </w:trPr>
        <w:tc>
          <w:tcPr>
            <w:tcW w:w="9638" w:type="dxa"/>
            <w:shd w:val="clear" w:color="auto" w:fill="FFFFFF"/>
          </w:tcPr>
          <w:p w14:paraId="06CFE70E" w14:textId="4CF727D0" w:rsidR="00266466" w:rsidRDefault="00297639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40BF44EF" wp14:editId="2F71902C">
                  <wp:extent cx="6332220" cy="1283970"/>
                  <wp:effectExtent l="0" t="0" r="0" b="0"/>
                  <wp:docPr id="97237474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374741" name="Obraz 9723747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2220" cy="1283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DFA9FF" w14:textId="77777777" w:rsidR="00266466" w:rsidRDefault="009C2B1B">
            <w:pPr>
              <w:spacing w:after="20"/>
              <w:jc w:val="center"/>
            </w:pPr>
            <w:r>
              <w:t>Projekt współfinansowany ze środków PFRON</w:t>
            </w:r>
          </w:p>
          <w:p w14:paraId="6CA81ECC" w14:textId="37FBFB08" w:rsidR="00266466" w:rsidRDefault="009C2B1B" w:rsidP="00E77C31">
            <w:pPr>
              <w:spacing w:after="20"/>
              <w:jc w:val="center"/>
            </w:pPr>
            <w:proofErr w:type="spellStart"/>
            <w:r>
              <w:t>będących</w:t>
            </w:r>
            <w:proofErr w:type="spellEnd"/>
            <w:r>
              <w:t xml:space="preserve"> w </w:t>
            </w:r>
            <w:proofErr w:type="spellStart"/>
            <w:r>
              <w:t>dyspozycji</w:t>
            </w:r>
            <w:proofErr w:type="spellEnd"/>
            <w:r>
              <w:t xml:space="preserve"> </w:t>
            </w:r>
            <w:proofErr w:type="spellStart"/>
            <w:r>
              <w:t>Samorządu</w:t>
            </w:r>
            <w:proofErr w:type="spellEnd"/>
            <w:r>
              <w:t xml:space="preserve"> </w:t>
            </w:r>
            <w:proofErr w:type="spellStart"/>
            <w:r>
              <w:t>Województwa</w:t>
            </w:r>
            <w:proofErr w:type="spellEnd"/>
            <w:r>
              <w:t xml:space="preserve"> </w:t>
            </w:r>
            <w:proofErr w:type="spellStart"/>
            <w:r>
              <w:t>Wielkopolskiego</w:t>
            </w:r>
            <w:proofErr w:type="spellEnd"/>
          </w:p>
        </w:tc>
      </w:tr>
    </w:tbl>
    <w:p w14:paraId="42623F5D" w14:textId="77777777" w:rsidR="00266466" w:rsidRDefault="00266466">
      <w:pPr>
        <w:spacing w:after="160"/>
      </w:pPr>
    </w:p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3402"/>
        <w:gridCol w:w="6570"/>
      </w:tblGrid>
      <w:tr w:rsidR="00266466" w14:paraId="1595F0B9" w14:textId="77777777">
        <w:trPr>
          <w:cantSplit/>
        </w:trPr>
        <w:tc>
          <w:tcPr>
            <w:tcW w:w="9972" w:type="dxa"/>
            <w:gridSpan w:val="2"/>
            <w:shd w:val="clear" w:color="auto" w:fill="ECF2FE"/>
          </w:tcPr>
          <w:p w14:paraId="4E25A774" w14:textId="77777777" w:rsidR="00266466" w:rsidRDefault="009C2B1B">
            <w:pPr>
              <w:keepNext/>
              <w:spacing w:before="60" w:after="60"/>
            </w:pPr>
            <w:r>
              <w:rPr>
                <w:rFonts w:ascii="Poppins" w:hAnsi="Poppins"/>
                <w:b/>
                <w:color w:val="8B0C00"/>
                <w:sz w:val="22"/>
              </w:rPr>
              <w:t xml:space="preserve">1.  </w:t>
            </w:r>
            <w:r>
              <w:rPr>
                <w:rFonts w:ascii="Poppins" w:hAnsi="Poppins"/>
                <w:b/>
                <w:color w:val="0B1C4E"/>
                <w:sz w:val="22"/>
              </w:rPr>
              <w:t>Dane Wykonawcy</w:t>
            </w:r>
          </w:p>
        </w:tc>
      </w:tr>
      <w:tr w:rsidR="00266466" w14:paraId="303090DD" w14:textId="77777777">
        <w:trPr>
          <w:cantSplit/>
        </w:trPr>
        <w:tc>
          <w:tcPr>
            <w:tcW w:w="3402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3F4F7"/>
          </w:tcPr>
          <w:p w14:paraId="3440AC0B" w14:textId="77777777" w:rsidR="00266466" w:rsidRDefault="009C2B1B">
            <w:pPr>
              <w:keepNext/>
              <w:spacing w:before="80" w:after="80"/>
            </w:pPr>
            <w:r>
              <w:rPr>
                <w:b/>
                <w:sz w:val="19"/>
              </w:rPr>
              <w:t>Nazwa Wykonawcy</w:t>
            </w:r>
          </w:p>
        </w:tc>
        <w:tc>
          <w:tcPr>
            <w:tcW w:w="6236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3014FCBC" w14:textId="77777777" w:rsidR="00266466" w:rsidRDefault="00266466">
            <w:pPr>
              <w:keepNext/>
              <w:spacing w:before="80" w:after="80"/>
            </w:pPr>
          </w:p>
        </w:tc>
      </w:tr>
      <w:tr w:rsidR="00266466" w14:paraId="18131AD7" w14:textId="77777777">
        <w:trPr>
          <w:cantSplit/>
        </w:trPr>
        <w:tc>
          <w:tcPr>
            <w:tcW w:w="3402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3F4F7"/>
          </w:tcPr>
          <w:p w14:paraId="52323C96" w14:textId="77777777" w:rsidR="00266466" w:rsidRDefault="009C2B1B">
            <w:pPr>
              <w:keepNext/>
              <w:spacing w:before="80" w:after="80"/>
            </w:pPr>
            <w:r>
              <w:rPr>
                <w:b/>
                <w:sz w:val="19"/>
              </w:rPr>
              <w:t>Adres siedziby</w:t>
            </w:r>
          </w:p>
        </w:tc>
        <w:tc>
          <w:tcPr>
            <w:tcW w:w="6236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6C4B1936" w14:textId="77777777" w:rsidR="00266466" w:rsidRDefault="00266466">
            <w:pPr>
              <w:keepNext/>
              <w:spacing w:before="80" w:after="80"/>
            </w:pPr>
          </w:p>
        </w:tc>
      </w:tr>
      <w:tr w:rsidR="00266466" w14:paraId="696264ED" w14:textId="77777777">
        <w:trPr>
          <w:cantSplit/>
        </w:trPr>
        <w:tc>
          <w:tcPr>
            <w:tcW w:w="3402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3F4F7"/>
          </w:tcPr>
          <w:p w14:paraId="2FF96513" w14:textId="77777777" w:rsidR="00266466" w:rsidRDefault="009C2B1B">
            <w:pPr>
              <w:keepNext/>
              <w:spacing w:before="80" w:after="80"/>
            </w:pPr>
            <w:r>
              <w:rPr>
                <w:b/>
                <w:sz w:val="19"/>
              </w:rPr>
              <w:t>NIP</w:t>
            </w:r>
          </w:p>
        </w:tc>
        <w:tc>
          <w:tcPr>
            <w:tcW w:w="6236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0DA761DF" w14:textId="77777777" w:rsidR="00266466" w:rsidRDefault="00266466">
            <w:pPr>
              <w:keepNext/>
              <w:spacing w:before="80" w:after="80"/>
            </w:pPr>
          </w:p>
        </w:tc>
      </w:tr>
      <w:tr w:rsidR="00266466" w14:paraId="202926AB" w14:textId="77777777">
        <w:trPr>
          <w:cantSplit/>
        </w:trPr>
        <w:tc>
          <w:tcPr>
            <w:tcW w:w="3402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3F4F7"/>
          </w:tcPr>
          <w:p w14:paraId="7EC6CBC9" w14:textId="77777777" w:rsidR="00266466" w:rsidRDefault="009C2B1B">
            <w:pPr>
              <w:keepNext/>
              <w:spacing w:before="80" w:after="80"/>
            </w:pPr>
            <w:r>
              <w:rPr>
                <w:b/>
                <w:sz w:val="19"/>
              </w:rPr>
              <w:t>KRS lub CEIDG</w:t>
            </w:r>
          </w:p>
        </w:tc>
        <w:tc>
          <w:tcPr>
            <w:tcW w:w="6236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2B84C93E" w14:textId="77777777" w:rsidR="00266466" w:rsidRDefault="00266466">
            <w:pPr>
              <w:keepNext/>
              <w:spacing w:before="80" w:after="80"/>
            </w:pPr>
          </w:p>
        </w:tc>
      </w:tr>
      <w:tr w:rsidR="00266466" w14:paraId="1C376B1F" w14:textId="77777777">
        <w:trPr>
          <w:cantSplit/>
        </w:trPr>
        <w:tc>
          <w:tcPr>
            <w:tcW w:w="3402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3F4F7"/>
          </w:tcPr>
          <w:p w14:paraId="65BD2B1C" w14:textId="77777777" w:rsidR="00266466" w:rsidRDefault="009C2B1B">
            <w:pPr>
              <w:keepNext/>
              <w:spacing w:before="80" w:after="80"/>
            </w:pPr>
            <w:r>
              <w:rPr>
                <w:b/>
                <w:sz w:val="19"/>
              </w:rPr>
              <w:t>Osoba do kontaktu</w:t>
            </w:r>
          </w:p>
        </w:tc>
        <w:tc>
          <w:tcPr>
            <w:tcW w:w="6236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252BCBD5" w14:textId="77777777" w:rsidR="00266466" w:rsidRDefault="00266466">
            <w:pPr>
              <w:keepNext/>
              <w:spacing w:before="80" w:after="80"/>
            </w:pPr>
          </w:p>
        </w:tc>
      </w:tr>
      <w:tr w:rsidR="00266466" w14:paraId="0BD99CC5" w14:textId="77777777">
        <w:trPr>
          <w:cantSplit/>
        </w:trPr>
        <w:tc>
          <w:tcPr>
            <w:tcW w:w="3402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3F4F7"/>
          </w:tcPr>
          <w:p w14:paraId="15153558" w14:textId="77777777" w:rsidR="00266466" w:rsidRDefault="009C2B1B">
            <w:pPr>
              <w:keepNext/>
              <w:spacing w:before="80" w:after="80"/>
            </w:pPr>
            <w:r>
              <w:rPr>
                <w:b/>
                <w:sz w:val="19"/>
              </w:rPr>
              <w:t>Telefon</w:t>
            </w:r>
          </w:p>
        </w:tc>
        <w:tc>
          <w:tcPr>
            <w:tcW w:w="6236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69AC2378" w14:textId="77777777" w:rsidR="00266466" w:rsidRDefault="00266466">
            <w:pPr>
              <w:keepNext/>
              <w:spacing w:before="80" w:after="80"/>
            </w:pPr>
          </w:p>
        </w:tc>
      </w:tr>
      <w:tr w:rsidR="00266466" w14:paraId="499CFDF9" w14:textId="77777777">
        <w:trPr>
          <w:cantSplit/>
        </w:trPr>
        <w:tc>
          <w:tcPr>
            <w:tcW w:w="3402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3F4F7"/>
          </w:tcPr>
          <w:p w14:paraId="365FF3CE" w14:textId="77777777" w:rsidR="00266466" w:rsidRDefault="009C2B1B">
            <w:pPr>
              <w:spacing w:before="80" w:after="80"/>
            </w:pPr>
            <w:r>
              <w:rPr>
                <w:b/>
                <w:sz w:val="19"/>
              </w:rPr>
              <w:t>Adres e-mail</w:t>
            </w:r>
          </w:p>
        </w:tc>
        <w:tc>
          <w:tcPr>
            <w:tcW w:w="6236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1A18EF32" w14:textId="77777777" w:rsidR="00266466" w:rsidRDefault="00266466">
            <w:pPr>
              <w:spacing w:before="80" w:after="80"/>
            </w:pPr>
          </w:p>
        </w:tc>
      </w:tr>
    </w:tbl>
    <w:p w14:paraId="26C804C3" w14:textId="77777777" w:rsidR="00266466" w:rsidRDefault="00266466">
      <w:pPr>
        <w:spacing w:after="120"/>
      </w:pPr>
    </w:p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3402"/>
        <w:gridCol w:w="6570"/>
      </w:tblGrid>
      <w:tr w:rsidR="00266466" w14:paraId="4F8290C2" w14:textId="77777777">
        <w:trPr>
          <w:cantSplit/>
        </w:trPr>
        <w:tc>
          <w:tcPr>
            <w:tcW w:w="9972" w:type="dxa"/>
            <w:gridSpan w:val="2"/>
            <w:shd w:val="clear" w:color="auto" w:fill="ECF2FE"/>
          </w:tcPr>
          <w:p w14:paraId="626B755E" w14:textId="77777777" w:rsidR="00266466" w:rsidRDefault="009C2B1B">
            <w:pPr>
              <w:keepNext/>
              <w:spacing w:before="60" w:after="60"/>
            </w:pPr>
            <w:r>
              <w:rPr>
                <w:rFonts w:ascii="Poppins" w:hAnsi="Poppins"/>
                <w:b/>
                <w:color w:val="8B0C00"/>
                <w:sz w:val="22"/>
              </w:rPr>
              <w:lastRenderedPageBreak/>
              <w:t xml:space="preserve">2.  </w:t>
            </w:r>
            <w:r>
              <w:rPr>
                <w:rFonts w:ascii="Poppins" w:hAnsi="Poppins"/>
                <w:b/>
                <w:color w:val="0B1C4E"/>
                <w:sz w:val="22"/>
              </w:rPr>
              <w:t>Obiekt</w:t>
            </w:r>
          </w:p>
        </w:tc>
      </w:tr>
      <w:tr w:rsidR="00266466" w14:paraId="3EEAEE84" w14:textId="77777777">
        <w:trPr>
          <w:cantSplit/>
        </w:trPr>
        <w:tc>
          <w:tcPr>
            <w:tcW w:w="3402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3F4F7"/>
          </w:tcPr>
          <w:p w14:paraId="5EF834BF" w14:textId="77777777" w:rsidR="00266466" w:rsidRDefault="009C2B1B">
            <w:pPr>
              <w:keepNext/>
              <w:spacing w:before="80" w:after="80"/>
            </w:pPr>
            <w:r>
              <w:rPr>
                <w:b/>
                <w:sz w:val="19"/>
              </w:rPr>
              <w:t>Nazwa obiektu</w:t>
            </w:r>
          </w:p>
        </w:tc>
        <w:tc>
          <w:tcPr>
            <w:tcW w:w="6236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730C6E28" w14:textId="77777777" w:rsidR="00266466" w:rsidRDefault="00266466">
            <w:pPr>
              <w:keepNext/>
              <w:spacing w:before="80" w:after="80"/>
            </w:pPr>
          </w:p>
        </w:tc>
      </w:tr>
      <w:tr w:rsidR="00266466" w14:paraId="152CE272" w14:textId="77777777">
        <w:trPr>
          <w:cantSplit/>
        </w:trPr>
        <w:tc>
          <w:tcPr>
            <w:tcW w:w="3402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3F4F7"/>
          </w:tcPr>
          <w:p w14:paraId="55CD0CB4" w14:textId="77777777" w:rsidR="00266466" w:rsidRDefault="009C2B1B">
            <w:pPr>
              <w:keepNext/>
              <w:spacing w:before="80" w:after="80"/>
            </w:pPr>
            <w:r>
              <w:rPr>
                <w:b/>
                <w:sz w:val="19"/>
              </w:rPr>
              <w:t>Adres obiektu</w:t>
            </w:r>
          </w:p>
        </w:tc>
        <w:tc>
          <w:tcPr>
            <w:tcW w:w="6236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366D2B8F" w14:textId="77777777" w:rsidR="00266466" w:rsidRDefault="00266466">
            <w:pPr>
              <w:keepNext/>
              <w:spacing w:before="80" w:after="80"/>
            </w:pPr>
          </w:p>
        </w:tc>
      </w:tr>
      <w:tr w:rsidR="00266466" w14:paraId="458F61DC" w14:textId="77777777">
        <w:trPr>
          <w:cantSplit/>
        </w:trPr>
        <w:tc>
          <w:tcPr>
            <w:tcW w:w="3402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3F4F7"/>
          </w:tcPr>
          <w:p w14:paraId="75F7EC8D" w14:textId="77777777" w:rsidR="00266466" w:rsidRDefault="009C2B1B">
            <w:pPr>
              <w:keepNext/>
              <w:spacing w:before="80" w:after="80"/>
            </w:pPr>
            <w:r>
              <w:rPr>
                <w:b/>
                <w:sz w:val="19"/>
              </w:rPr>
              <w:t>Odległość od Piły (km)</w:t>
            </w:r>
          </w:p>
        </w:tc>
        <w:tc>
          <w:tcPr>
            <w:tcW w:w="6236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433AE5D1" w14:textId="77777777" w:rsidR="00266466" w:rsidRDefault="00266466">
            <w:pPr>
              <w:keepNext/>
              <w:spacing w:before="80" w:after="80"/>
            </w:pPr>
          </w:p>
        </w:tc>
      </w:tr>
      <w:tr w:rsidR="00266466" w14:paraId="38447938" w14:textId="77777777">
        <w:trPr>
          <w:cantSplit/>
        </w:trPr>
        <w:tc>
          <w:tcPr>
            <w:tcW w:w="3402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3F4F7"/>
          </w:tcPr>
          <w:p w14:paraId="28AA1415" w14:textId="77777777" w:rsidR="00266466" w:rsidRDefault="009C2B1B">
            <w:pPr>
              <w:spacing w:before="80" w:after="80"/>
            </w:pPr>
            <w:r>
              <w:rPr>
                <w:b/>
                <w:sz w:val="19"/>
              </w:rPr>
              <w:t>Strona internetowa</w:t>
            </w:r>
          </w:p>
        </w:tc>
        <w:tc>
          <w:tcPr>
            <w:tcW w:w="6236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1FD13755" w14:textId="77777777" w:rsidR="00266466" w:rsidRDefault="00266466">
            <w:pPr>
              <w:spacing w:before="80" w:after="80"/>
            </w:pPr>
          </w:p>
        </w:tc>
      </w:tr>
    </w:tbl>
    <w:p w14:paraId="35EB1BCE" w14:textId="77777777" w:rsidR="00266466" w:rsidRDefault="00266466">
      <w:pPr>
        <w:spacing w:after="120"/>
      </w:pPr>
    </w:p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5102"/>
        <w:gridCol w:w="4870"/>
      </w:tblGrid>
      <w:tr w:rsidR="00266466" w14:paraId="058961E5" w14:textId="77777777">
        <w:trPr>
          <w:cantSplit/>
        </w:trPr>
        <w:tc>
          <w:tcPr>
            <w:tcW w:w="9972" w:type="dxa"/>
            <w:gridSpan w:val="2"/>
            <w:shd w:val="clear" w:color="auto" w:fill="ECF2FE"/>
          </w:tcPr>
          <w:p w14:paraId="17968C19" w14:textId="77777777" w:rsidR="00266466" w:rsidRDefault="009C2B1B">
            <w:pPr>
              <w:keepNext/>
              <w:spacing w:before="60" w:after="60"/>
            </w:pPr>
            <w:r>
              <w:rPr>
                <w:rFonts w:ascii="Poppins" w:hAnsi="Poppins"/>
                <w:b/>
                <w:color w:val="8B0C00"/>
                <w:sz w:val="22"/>
              </w:rPr>
              <w:t xml:space="preserve">3.  </w:t>
            </w:r>
            <w:r>
              <w:rPr>
                <w:rFonts w:ascii="Poppins" w:hAnsi="Poppins"/>
                <w:b/>
                <w:color w:val="0B1C4E"/>
                <w:sz w:val="22"/>
              </w:rPr>
              <w:t>Cena oferty</w:t>
            </w:r>
          </w:p>
        </w:tc>
      </w:tr>
      <w:tr w:rsidR="00266466" w14:paraId="184A85F2" w14:textId="77777777">
        <w:trPr>
          <w:cantSplit/>
        </w:trPr>
        <w:tc>
          <w:tcPr>
            <w:tcW w:w="9972" w:type="dxa"/>
            <w:gridSpan w:val="2"/>
            <w:shd w:val="clear" w:color="auto" w:fill="FFFFFF"/>
          </w:tcPr>
          <w:p w14:paraId="027D3442" w14:textId="77777777" w:rsidR="00266466" w:rsidRDefault="009C2B1B">
            <w:pPr>
              <w:keepNext/>
              <w:spacing w:before="100" w:after="100"/>
            </w:pPr>
            <w:r>
              <w:rPr>
                <w:color w:val="69707F"/>
                <w:sz w:val="18"/>
              </w:rPr>
              <w:t>Cena obejmuje pełny zakres usługi opisany w punkcie 1 zapytania, w tym pobyt kadry Zamawiającego i diety specjalne bez dopłat.</w:t>
            </w:r>
          </w:p>
        </w:tc>
      </w:tr>
      <w:tr w:rsidR="00266466" w14:paraId="01DE998E" w14:textId="77777777">
        <w:trPr>
          <w:cantSplit/>
        </w:trPr>
        <w:tc>
          <w:tcPr>
            <w:tcW w:w="5102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3F4F7"/>
          </w:tcPr>
          <w:p w14:paraId="7E0150B5" w14:textId="77777777" w:rsidR="00266466" w:rsidRDefault="009C2B1B">
            <w:pPr>
              <w:keepNext/>
              <w:spacing w:before="80" w:after="80"/>
            </w:pPr>
            <w:r>
              <w:rPr>
                <w:b/>
                <w:sz w:val="19"/>
              </w:rPr>
              <w:t>Cena łączna brutto za całość usługi (3 turnusy)</w:t>
            </w:r>
          </w:p>
        </w:tc>
        <w:tc>
          <w:tcPr>
            <w:tcW w:w="4535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13821EA7" w14:textId="77777777" w:rsidR="00266466" w:rsidRDefault="00266466">
            <w:pPr>
              <w:keepNext/>
              <w:spacing w:before="80" w:after="80"/>
            </w:pPr>
          </w:p>
        </w:tc>
      </w:tr>
      <w:tr w:rsidR="00266466" w14:paraId="64E6C97B" w14:textId="77777777">
        <w:trPr>
          <w:cantSplit/>
        </w:trPr>
        <w:tc>
          <w:tcPr>
            <w:tcW w:w="5102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3F4F7"/>
          </w:tcPr>
          <w:p w14:paraId="53B5887E" w14:textId="77777777" w:rsidR="00266466" w:rsidRDefault="009C2B1B">
            <w:pPr>
              <w:keepNext/>
              <w:spacing w:before="80" w:after="80"/>
            </w:pPr>
            <w:r>
              <w:rPr>
                <w:b/>
                <w:sz w:val="19"/>
              </w:rPr>
              <w:t>Cena brutto za 1 turnus</w:t>
            </w:r>
          </w:p>
        </w:tc>
        <w:tc>
          <w:tcPr>
            <w:tcW w:w="4535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7642348C" w14:textId="77777777" w:rsidR="00266466" w:rsidRDefault="00266466">
            <w:pPr>
              <w:keepNext/>
              <w:spacing w:before="80" w:after="80"/>
            </w:pPr>
          </w:p>
        </w:tc>
      </w:tr>
      <w:tr w:rsidR="00266466" w14:paraId="7F904667" w14:textId="77777777">
        <w:trPr>
          <w:cantSplit/>
        </w:trPr>
        <w:tc>
          <w:tcPr>
            <w:tcW w:w="5102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3F4F7"/>
          </w:tcPr>
          <w:p w14:paraId="04CC5FCF" w14:textId="77777777" w:rsidR="00266466" w:rsidRDefault="009C2B1B">
            <w:pPr>
              <w:keepNext/>
              <w:spacing w:before="80" w:after="80"/>
            </w:pPr>
            <w:r>
              <w:rPr>
                <w:b/>
                <w:sz w:val="19"/>
              </w:rPr>
              <w:t>Cena brutto za osobodzień uczestnika</w:t>
            </w:r>
          </w:p>
        </w:tc>
        <w:tc>
          <w:tcPr>
            <w:tcW w:w="4535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2F843FCC" w14:textId="77777777" w:rsidR="00266466" w:rsidRDefault="00266466">
            <w:pPr>
              <w:keepNext/>
              <w:spacing w:before="80" w:after="80"/>
            </w:pPr>
          </w:p>
        </w:tc>
      </w:tr>
      <w:tr w:rsidR="00266466" w14:paraId="0FF9E73C" w14:textId="77777777">
        <w:trPr>
          <w:cantSplit/>
        </w:trPr>
        <w:tc>
          <w:tcPr>
            <w:tcW w:w="5102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3F4F7"/>
          </w:tcPr>
          <w:p w14:paraId="5CE9E0B1" w14:textId="77777777" w:rsidR="00266466" w:rsidRDefault="009C2B1B">
            <w:pPr>
              <w:spacing w:before="80" w:after="80"/>
            </w:pPr>
            <w:r>
              <w:rPr>
                <w:b/>
                <w:sz w:val="19"/>
              </w:rPr>
              <w:t>Stawka VAT lub podstawa zwolnienia</w:t>
            </w:r>
          </w:p>
        </w:tc>
        <w:tc>
          <w:tcPr>
            <w:tcW w:w="4535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135DC922" w14:textId="77777777" w:rsidR="00266466" w:rsidRDefault="00266466">
            <w:pPr>
              <w:spacing w:before="80" w:after="80"/>
            </w:pPr>
          </w:p>
        </w:tc>
      </w:tr>
    </w:tbl>
    <w:p w14:paraId="0E8FB4A3" w14:textId="42C60793" w:rsidR="00266466" w:rsidRDefault="00266466"/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3969"/>
        <w:gridCol w:w="6003"/>
      </w:tblGrid>
      <w:tr w:rsidR="00266466" w14:paraId="50A8AE9B" w14:textId="77777777">
        <w:trPr>
          <w:cantSplit/>
        </w:trPr>
        <w:tc>
          <w:tcPr>
            <w:tcW w:w="9972" w:type="dxa"/>
            <w:gridSpan w:val="2"/>
            <w:shd w:val="clear" w:color="auto" w:fill="ECF2FE"/>
          </w:tcPr>
          <w:p w14:paraId="3A119C5F" w14:textId="77777777" w:rsidR="00266466" w:rsidRDefault="009C2B1B">
            <w:pPr>
              <w:keepNext/>
              <w:spacing w:before="60" w:after="60"/>
            </w:pPr>
            <w:r>
              <w:rPr>
                <w:rFonts w:ascii="Poppins" w:hAnsi="Poppins"/>
                <w:b/>
                <w:color w:val="8B0C00"/>
                <w:sz w:val="22"/>
              </w:rPr>
              <w:t xml:space="preserve">4.  </w:t>
            </w:r>
            <w:r>
              <w:rPr>
                <w:rFonts w:ascii="Poppins" w:hAnsi="Poppins"/>
                <w:b/>
                <w:color w:val="0B1C4E"/>
                <w:sz w:val="22"/>
              </w:rPr>
              <w:t>Ramowy program warsztatowo-rekreacyjny turnusu</w:t>
            </w:r>
          </w:p>
        </w:tc>
      </w:tr>
      <w:tr w:rsidR="00266466" w14:paraId="037F094A" w14:textId="77777777">
        <w:trPr>
          <w:cantSplit/>
        </w:trPr>
        <w:tc>
          <w:tcPr>
            <w:tcW w:w="9972" w:type="dxa"/>
            <w:gridSpan w:val="2"/>
            <w:shd w:val="clear" w:color="auto" w:fill="FFFFFF"/>
          </w:tcPr>
          <w:p w14:paraId="723F5A7B" w14:textId="77777777" w:rsidR="00266466" w:rsidRDefault="009C2B1B">
            <w:pPr>
              <w:keepNext/>
              <w:spacing w:before="100" w:after="100"/>
            </w:pPr>
            <w:r>
              <w:rPr>
                <w:color w:val="69707F"/>
                <w:sz w:val="18"/>
              </w:rPr>
              <w:t>Prosimy o podanie łącznej liczby godzin zajęć, rodzajów warsztatów, kwalifikacji osób prowadzących oraz ramowego planu dnia. Szczegółowy program można dołączyć jako osobny plik albo udostępnić linkiem (sekcja 8).</w:t>
            </w:r>
          </w:p>
        </w:tc>
      </w:tr>
      <w:tr w:rsidR="00266466" w14:paraId="698C8829" w14:textId="77777777">
        <w:trPr>
          <w:cantSplit/>
        </w:trPr>
        <w:tc>
          <w:tcPr>
            <w:tcW w:w="3969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3F4F7"/>
          </w:tcPr>
          <w:p w14:paraId="3B93FEE0" w14:textId="77777777" w:rsidR="00266466" w:rsidRDefault="009C2B1B">
            <w:pPr>
              <w:keepNext/>
              <w:spacing w:before="80" w:after="80"/>
            </w:pPr>
            <w:r>
              <w:rPr>
                <w:b/>
                <w:sz w:val="19"/>
              </w:rPr>
              <w:t>Łączna liczba godzin zajęć na turnus</w:t>
            </w:r>
          </w:p>
        </w:tc>
        <w:tc>
          <w:tcPr>
            <w:tcW w:w="5669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37A5AA8C" w14:textId="77777777" w:rsidR="00266466" w:rsidRDefault="00266466">
            <w:pPr>
              <w:keepNext/>
              <w:spacing w:before="80" w:after="80"/>
            </w:pPr>
          </w:p>
        </w:tc>
      </w:tr>
      <w:tr w:rsidR="00266466" w14:paraId="555C3DC2" w14:textId="77777777">
        <w:trPr>
          <w:cantSplit/>
        </w:trPr>
        <w:tc>
          <w:tcPr>
            <w:tcW w:w="3969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3F4F7"/>
          </w:tcPr>
          <w:p w14:paraId="4F507BCA" w14:textId="77777777" w:rsidR="00266466" w:rsidRDefault="009C2B1B">
            <w:pPr>
              <w:spacing w:before="80" w:after="80"/>
            </w:pPr>
            <w:r>
              <w:rPr>
                <w:b/>
                <w:sz w:val="19"/>
              </w:rPr>
              <w:t>Rodzaje warsztatów</w:t>
            </w:r>
          </w:p>
        </w:tc>
        <w:tc>
          <w:tcPr>
            <w:tcW w:w="5669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5DA9C7A0" w14:textId="77777777" w:rsidR="00266466" w:rsidRDefault="00266466">
            <w:pPr>
              <w:spacing w:before="80" w:after="80"/>
            </w:pPr>
          </w:p>
        </w:tc>
      </w:tr>
    </w:tbl>
    <w:p w14:paraId="4EBA2640" w14:textId="77777777" w:rsidR="00266466" w:rsidRDefault="00266466">
      <w:pPr>
        <w:spacing w:after="120"/>
      </w:pPr>
    </w:p>
    <w:p w14:paraId="565A38DE" w14:textId="77777777" w:rsidR="00266466" w:rsidRDefault="009C2B1B">
      <w:pPr>
        <w:keepNext/>
        <w:spacing w:after="60"/>
      </w:pPr>
      <w:r>
        <w:rPr>
          <w:b/>
          <w:sz w:val="19"/>
        </w:rPr>
        <w:t>Osoby prowadzące: kwalifikacje i doświadczenie</w:t>
      </w:r>
    </w:p>
    <w:tbl>
      <w:tblPr>
        <w:tblW w:w="0" w:type="auto"/>
        <w:tblBorders>
          <w:top w:val="single" w:sz="6" w:space="0" w:color="E3E7F0"/>
          <w:left w:val="single" w:sz="6" w:space="0" w:color="E3E7F0"/>
          <w:bottom w:val="single" w:sz="6" w:space="0" w:color="E3E7F0"/>
          <w:right w:val="single" w:sz="6" w:space="0" w:color="E3E7F0"/>
          <w:insideH w:val="single" w:sz="6" w:space="0" w:color="E3E7F0"/>
          <w:insideV w:val="single" w:sz="6" w:space="0" w:color="E3E7F0"/>
        </w:tblBorders>
        <w:tblLook w:val="04A0" w:firstRow="1" w:lastRow="0" w:firstColumn="1" w:lastColumn="0" w:noHBand="0" w:noVBand="1"/>
      </w:tblPr>
      <w:tblGrid>
        <w:gridCol w:w="9638"/>
      </w:tblGrid>
      <w:tr w:rsidR="00266466" w14:paraId="211E94AD" w14:textId="77777777">
        <w:trPr>
          <w:cantSplit/>
        </w:trPr>
        <w:tc>
          <w:tcPr>
            <w:tcW w:w="9638" w:type="dxa"/>
            <w:shd w:val="clear" w:color="auto" w:fill="F8FAFE"/>
          </w:tcPr>
          <w:p w14:paraId="5E4491C3" w14:textId="77777777" w:rsidR="00266466" w:rsidRDefault="00266466">
            <w:pPr>
              <w:spacing w:before="80"/>
            </w:pPr>
          </w:p>
          <w:p w14:paraId="0798BC03" w14:textId="77777777" w:rsidR="00266466" w:rsidRDefault="00266466"/>
          <w:p w14:paraId="09716E39" w14:textId="77777777" w:rsidR="00266466" w:rsidRDefault="00266466"/>
          <w:p w14:paraId="5F9E3DD9" w14:textId="77777777" w:rsidR="00266466" w:rsidRDefault="00266466"/>
          <w:p w14:paraId="54B79010" w14:textId="77777777" w:rsidR="00266466" w:rsidRDefault="00266466"/>
        </w:tc>
      </w:tr>
    </w:tbl>
    <w:p w14:paraId="2D3A62AD" w14:textId="77777777" w:rsidR="00266466" w:rsidRDefault="00266466">
      <w:pPr>
        <w:spacing w:after="80"/>
      </w:pPr>
    </w:p>
    <w:p w14:paraId="33E858AC" w14:textId="77777777" w:rsidR="00266466" w:rsidRDefault="009C2B1B">
      <w:pPr>
        <w:keepNext/>
        <w:spacing w:after="60"/>
      </w:pPr>
      <w:r>
        <w:rPr>
          <w:b/>
          <w:sz w:val="19"/>
        </w:rPr>
        <w:lastRenderedPageBreak/>
        <w:t>Ramowy plan dnia</w:t>
      </w:r>
    </w:p>
    <w:tbl>
      <w:tblPr>
        <w:tblW w:w="0" w:type="auto"/>
        <w:tblBorders>
          <w:top w:val="single" w:sz="6" w:space="0" w:color="E3E7F0"/>
          <w:left w:val="single" w:sz="6" w:space="0" w:color="E3E7F0"/>
          <w:bottom w:val="single" w:sz="6" w:space="0" w:color="E3E7F0"/>
          <w:right w:val="single" w:sz="6" w:space="0" w:color="E3E7F0"/>
          <w:insideH w:val="single" w:sz="6" w:space="0" w:color="E3E7F0"/>
          <w:insideV w:val="single" w:sz="6" w:space="0" w:color="E3E7F0"/>
        </w:tblBorders>
        <w:tblLook w:val="04A0" w:firstRow="1" w:lastRow="0" w:firstColumn="1" w:lastColumn="0" w:noHBand="0" w:noVBand="1"/>
      </w:tblPr>
      <w:tblGrid>
        <w:gridCol w:w="9638"/>
      </w:tblGrid>
      <w:tr w:rsidR="00266466" w14:paraId="15D728E9" w14:textId="77777777">
        <w:trPr>
          <w:cantSplit/>
        </w:trPr>
        <w:tc>
          <w:tcPr>
            <w:tcW w:w="9638" w:type="dxa"/>
            <w:shd w:val="clear" w:color="auto" w:fill="F8FAFE"/>
          </w:tcPr>
          <w:p w14:paraId="739E7F72" w14:textId="77777777" w:rsidR="00266466" w:rsidRDefault="00266466">
            <w:pPr>
              <w:spacing w:before="80"/>
            </w:pPr>
          </w:p>
          <w:p w14:paraId="228C24C3" w14:textId="77777777" w:rsidR="00266466" w:rsidRDefault="00266466"/>
          <w:p w14:paraId="756B1957" w14:textId="77777777" w:rsidR="00266466" w:rsidRDefault="00266466"/>
          <w:p w14:paraId="28B809E8" w14:textId="77777777" w:rsidR="00266466" w:rsidRDefault="00266466"/>
          <w:p w14:paraId="3760C0F4" w14:textId="77777777" w:rsidR="00266466" w:rsidRDefault="00266466"/>
        </w:tc>
      </w:tr>
    </w:tbl>
    <w:p w14:paraId="632006BE" w14:textId="421D5BE8" w:rsidR="00266466" w:rsidRDefault="00266466"/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9638"/>
      </w:tblGrid>
      <w:tr w:rsidR="00266466" w14:paraId="10C3CF5F" w14:textId="77777777">
        <w:trPr>
          <w:cantSplit/>
        </w:trPr>
        <w:tc>
          <w:tcPr>
            <w:tcW w:w="9638" w:type="dxa"/>
            <w:shd w:val="clear" w:color="auto" w:fill="ECF2FE"/>
          </w:tcPr>
          <w:p w14:paraId="5EAF93BE" w14:textId="77777777" w:rsidR="00266466" w:rsidRDefault="009C2B1B">
            <w:pPr>
              <w:keepNext/>
              <w:spacing w:before="60" w:after="60"/>
            </w:pPr>
            <w:r>
              <w:rPr>
                <w:rFonts w:ascii="Poppins" w:hAnsi="Poppins"/>
                <w:b/>
                <w:color w:val="8B0C00"/>
                <w:sz w:val="22"/>
              </w:rPr>
              <w:t xml:space="preserve">5.  </w:t>
            </w:r>
            <w:r>
              <w:rPr>
                <w:rFonts w:ascii="Poppins" w:hAnsi="Poppins"/>
                <w:b/>
                <w:color w:val="0B1C4E"/>
                <w:sz w:val="22"/>
              </w:rPr>
              <w:t>Dostępność architektoniczna obiektu</w:t>
            </w:r>
          </w:p>
        </w:tc>
      </w:tr>
      <w:tr w:rsidR="00266466" w14:paraId="1D8D5B04" w14:textId="77777777">
        <w:trPr>
          <w:cantSplit/>
        </w:trPr>
        <w:tc>
          <w:tcPr>
            <w:tcW w:w="9638" w:type="dxa"/>
            <w:shd w:val="clear" w:color="auto" w:fill="FFFFFF"/>
          </w:tcPr>
          <w:p w14:paraId="42F71FD7" w14:textId="77777777" w:rsidR="00266466" w:rsidRDefault="009C2B1B">
            <w:pPr>
              <w:keepNext/>
              <w:spacing w:before="100" w:after="100"/>
            </w:pPr>
            <w:r>
              <w:rPr>
                <w:color w:val="69707F"/>
                <w:sz w:val="18"/>
              </w:rPr>
              <w:t>Prosimy o opis wraz z dokumentacją zdjęciową. Zdjęcia najwygodniej udostępnić linkiem do chmury (sekcja 8).</w:t>
            </w:r>
          </w:p>
        </w:tc>
      </w:tr>
      <w:tr w:rsidR="00266466" w14:paraId="60586A06" w14:textId="77777777">
        <w:trPr>
          <w:cantSplit/>
        </w:trPr>
        <w:tc>
          <w:tcPr>
            <w:tcW w:w="9638" w:type="dxa"/>
            <w:shd w:val="clear" w:color="auto" w:fill="FFFFFF"/>
          </w:tcPr>
          <w:p w14:paraId="52E96F1C" w14:textId="77777777" w:rsidR="00266466" w:rsidRDefault="009C2B1B">
            <w:pPr>
              <w:keepNext/>
              <w:spacing w:before="80" w:after="40"/>
            </w:pPr>
            <w:r>
              <w:rPr>
                <w:b/>
                <w:sz w:val="19"/>
              </w:rPr>
              <w:t>Pokoje i łazienki, w tym pokój dostosowany do potrzeb osoby ze znacznym stopniem niepełnosprawności</w:t>
            </w:r>
          </w:p>
        </w:tc>
      </w:tr>
      <w:tr w:rsidR="00266466" w14:paraId="5EB769E6" w14:textId="77777777">
        <w:trPr>
          <w:cantSplit/>
        </w:trPr>
        <w:tc>
          <w:tcPr>
            <w:tcW w:w="9638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3AE854C0" w14:textId="77777777" w:rsidR="00266466" w:rsidRDefault="00266466">
            <w:pPr>
              <w:keepNext/>
              <w:spacing w:before="80"/>
            </w:pPr>
          </w:p>
          <w:p w14:paraId="7E082B27" w14:textId="77777777" w:rsidR="00266466" w:rsidRDefault="00266466">
            <w:pPr>
              <w:keepNext/>
            </w:pPr>
          </w:p>
          <w:p w14:paraId="1A6C7C78" w14:textId="77777777" w:rsidR="00266466" w:rsidRDefault="00266466">
            <w:pPr>
              <w:keepNext/>
            </w:pPr>
          </w:p>
          <w:p w14:paraId="4EEFC077" w14:textId="77777777" w:rsidR="00266466" w:rsidRDefault="00266466">
            <w:pPr>
              <w:keepNext/>
            </w:pPr>
          </w:p>
        </w:tc>
      </w:tr>
      <w:tr w:rsidR="00266466" w14:paraId="204E818E" w14:textId="77777777">
        <w:trPr>
          <w:cantSplit/>
        </w:trPr>
        <w:tc>
          <w:tcPr>
            <w:tcW w:w="9638" w:type="dxa"/>
            <w:shd w:val="clear" w:color="auto" w:fill="FFFFFF"/>
          </w:tcPr>
          <w:p w14:paraId="3D668023" w14:textId="77777777" w:rsidR="00266466" w:rsidRDefault="009C2B1B">
            <w:pPr>
              <w:keepNext/>
              <w:spacing w:before="80" w:after="40"/>
            </w:pPr>
            <w:r>
              <w:rPr>
                <w:b/>
                <w:sz w:val="19"/>
              </w:rPr>
              <w:t>Przestrzenie wspólne, sale warsztatowe, ciągi komunikacyjne</w:t>
            </w:r>
          </w:p>
        </w:tc>
      </w:tr>
      <w:tr w:rsidR="00266466" w14:paraId="6A093C30" w14:textId="77777777">
        <w:trPr>
          <w:cantSplit/>
        </w:trPr>
        <w:tc>
          <w:tcPr>
            <w:tcW w:w="9638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7ECCD8F5" w14:textId="77777777" w:rsidR="00266466" w:rsidRDefault="00266466">
            <w:pPr>
              <w:spacing w:before="80"/>
            </w:pPr>
          </w:p>
          <w:p w14:paraId="13AC2DEF" w14:textId="77777777" w:rsidR="00266466" w:rsidRDefault="00266466"/>
          <w:p w14:paraId="4F6AF820" w14:textId="77777777" w:rsidR="00266466" w:rsidRDefault="00266466"/>
          <w:p w14:paraId="55BDB658" w14:textId="77777777" w:rsidR="00266466" w:rsidRDefault="00266466"/>
        </w:tc>
      </w:tr>
      <w:tr w:rsidR="00266466" w14:paraId="42AA23A9" w14:textId="77777777">
        <w:trPr>
          <w:cantSplit/>
        </w:trPr>
        <w:tc>
          <w:tcPr>
            <w:tcW w:w="9638" w:type="dxa"/>
            <w:shd w:val="clear" w:color="auto" w:fill="FFFFFF"/>
          </w:tcPr>
          <w:p w14:paraId="7F56DEB1" w14:textId="77777777" w:rsidR="00266466" w:rsidRDefault="009C2B1B">
            <w:pPr>
              <w:keepNext/>
              <w:spacing w:before="80" w:after="40"/>
            </w:pPr>
            <w:r>
              <w:rPr>
                <w:b/>
                <w:sz w:val="19"/>
              </w:rPr>
              <w:t>Otoczenie i teren</w:t>
            </w:r>
          </w:p>
        </w:tc>
      </w:tr>
      <w:tr w:rsidR="00266466" w14:paraId="62F395AC" w14:textId="77777777">
        <w:trPr>
          <w:cantSplit/>
        </w:trPr>
        <w:tc>
          <w:tcPr>
            <w:tcW w:w="9638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1426F1E0" w14:textId="77777777" w:rsidR="00266466" w:rsidRDefault="00266466">
            <w:pPr>
              <w:spacing w:before="80"/>
            </w:pPr>
          </w:p>
          <w:p w14:paraId="3519CBEF" w14:textId="77777777" w:rsidR="00266466" w:rsidRDefault="00266466"/>
          <w:p w14:paraId="39B15416" w14:textId="77777777" w:rsidR="00266466" w:rsidRDefault="00266466"/>
        </w:tc>
      </w:tr>
    </w:tbl>
    <w:p w14:paraId="35C1E4D7" w14:textId="77777777" w:rsidR="00266466" w:rsidRDefault="00266466">
      <w:pPr>
        <w:spacing w:after="120"/>
      </w:pPr>
    </w:p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9638"/>
      </w:tblGrid>
      <w:tr w:rsidR="00266466" w14:paraId="20FCAE38" w14:textId="77777777">
        <w:trPr>
          <w:cantSplit/>
        </w:trPr>
        <w:tc>
          <w:tcPr>
            <w:tcW w:w="9638" w:type="dxa"/>
            <w:shd w:val="clear" w:color="auto" w:fill="ECF2FE"/>
          </w:tcPr>
          <w:p w14:paraId="6A74E185" w14:textId="77777777" w:rsidR="00266466" w:rsidRDefault="009C2B1B">
            <w:pPr>
              <w:keepNext/>
              <w:spacing w:before="60" w:after="60"/>
            </w:pPr>
            <w:r>
              <w:rPr>
                <w:rFonts w:ascii="Poppins" w:hAnsi="Poppins"/>
                <w:b/>
                <w:color w:val="8B0C00"/>
                <w:sz w:val="22"/>
              </w:rPr>
              <w:lastRenderedPageBreak/>
              <w:t xml:space="preserve">6.  </w:t>
            </w:r>
            <w:r>
              <w:rPr>
                <w:rFonts w:ascii="Poppins" w:hAnsi="Poppins"/>
                <w:b/>
                <w:color w:val="0B1C4E"/>
                <w:sz w:val="22"/>
              </w:rPr>
              <w:t>Strefa relaksu</w:t>
            </w:r>
          </w:p>
        </w:tc>
      </w:tr>
      <w:tr w:rsidR="00266466" w14:paraId="59FA4D5D" w14:textId="77777777">
        <w:trPr>
          <w:cantSplit/>
        </w:trPr>
        <w:tc>
          <w:tcPr>
            <w:tcW w:w="9638" w:type="dxa"/>
            <w:shd w:val="clear" w:color="auto" w:fill="FFFFFF"/>
          </w:tcPr>
          <w:p w14:paraId="18B45A56" w14:textId="77777777" w:rsidR="00266466" w:rsidRDefault="009C2B1B">
            <w:pPr>
              <w:keepNext/>
              <w:spacing w:before="100" w:after="100"/>
            </w:pPr>
            <w:r>
              <w:rPr>
                <w:color w:val="69707F"/>
                <w:sz w:val="18"/>
              </w:rPr>
              <w:t>Sauna, balia, jacuzzi lub rozwiązanie równoważne: opis, zasady bezpieczeństwa i sposób zapewnienia asysty.</w:t>
            </w:r>
          </w:p>
        </w:tc>
      </w:tr>
      <w:tr w:rsidR="00266466" w14:paraId="0A447BFF" w14:textId="77777777">
        <w:trPr>
          <w:cantSplit/>
        </w:trPr>
        <w:tc>
          <w:tcPr>
            <w:tcW w:w="9638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7276C47F" w14:textId="77777777" w:rsidR="00266466" w:rsidRDefault="00266466">
            <w:pPr>
              <w:keepNext/>
              <w:spacing w:before="80"/>
            </w:pPr>
          </w:p>
          <w:p w14:paraId="515D2290" w14:textId="77777777" w:rsidR="00266466" w:rsidRDefault="00266466">
            <w:pPr>
              <w:keepNext/>
            </w:pPr>
          </w:p>
          <w:p w14:paraId="7D03D3D6" w14:textId="77777777" w:rsidR="00266466" w:rsidRDefault="00266466">
            <w:pPr>
              <w:keepNext/>
            </w:pPr>
          </w:p>
          <w:p w14:paraId="16E2BDAB" w14:textId="77777777" w:rsidR="00266466" w:rsidRDefault="00266466">
            <w:pPr>
              <w:keepNext/>
            </w:pPr>
          </w:p>
          <w:p w14:paraId="13930571" w14:textId="77777777" w:rsidR="00266466" w:rsidRDefault="00266466">
            <w:pPr>
              <w:keepNext/>
            </w:pPr>
          </w:p>
        </w:tc>
      </w:tr>
    </w:tbl>
    <w:p w14:paraId="0055A51B" w14:textId="77777777" w:rsidR="00266466" w:rsidRDefault="00266466">
      <w:pPr>
        <w:spacing w:after="120"/>
      </w:pPr>
    </w:p>
    <w:p w14:paraId="70ABAA83" w14:textId="32B4BBE8" w:rsidR="00266466" w:rsidRDefault="00266466"/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266466" w14:paraId="56110FEB" w14:textId="77777777">
        <w:trPr>
          <w:cantSplit/>
        </w:trPr>
        <w:tc>
          <w:tcPr>
            <w:tcW w:w="9638" w:type="dxa"/>
            <w:shd w:val="clear" w:color="auto" w:fill="ECF2FE"/>
          </w:tcPr>
          <w:p w14:paraId="04B95C28" w14:textId="77777777" w:rsidR="00266466" w:rsidRDefault="009C2B1B">
            <w:pPr>
              <w:keepNext/>
              <w:spacing w:before="60" w:after="60"/>
            </w:pPr>
            <w:r>
              <w:rPr>
                <w:rFonts w:ascii="Poppins" w:hAnsi="Poppins"/>
                <w:b/>
                <w:color w:val="8B0C00"/>
                <w:sz w:val="22"/>
              </w:rPr>
              <w:t xml:space="preserve">7.  </w:t>
            </w:r>
            <w:r>
              <w:rPr>
                <w:rFonts w:ascii="Poppins" w:hAnsi="Poppins"/>
                <w:b/>
                <w:color w:val="0B1C4E"/>
                <w:sz w:val="22"/>
              </w:rPr>
              <w:t>Doświadczenie: zrealizowane usługi dla grup warsztatowych</w:t>
            </w:r>
          </w:p>
        </w:tc>
      </w:tr>
    </w:tbl>
    <w:p w14:paraId="679C9CB6" w14:textId="77777777" w:rsidR="00266466" w:rsidRDefault="00266466">
      <w:pPr>
        <w:keepNext/>
        <w:spacing w:after="40"/>
      </w:pPr>
    </w:p>
    <w:p w14:paraId="7E34D2FF" w14:textId="77777777" w:rsidR="00266466" w:rsidRDefault="009C2B1B">
      <w:pPr>
        <w:keepNext/>
        <w:spacing w:after="120"/>
      </w:pPr>
      <w:r>
        <w:rPr>
          <w:color w:val="69707F"/>
          <w:sz w:val="18"/>
        </w:rPr>
        <w:t>Minimum 5 usług z ostatnich 3 lat. Preferowane realizacje dla osób z niepełnosprawnościami lub grup o szczególnych potrzebach. W razie potrzeby prosimy dodać wiersze.</w:t>
      </w:r>
    </w:p>
    <w:tbl>
      <w:tblPr>
        <w:tblW w:w="0" w:type="auto"/>
        <w:tblBorders>
          <w:top w:val="single" w:sz="6" w:space="0" w:color="E3E7F0"/>
          <w:left w:val="single" w:sz="6" w:space="0" w:color="E3E7F0"/>
          <w:bottom w:val="single" w:sz="6" w:space="0" w:color="E3E7F0"/>
          <w:right w:val="single" w:sz="6" w:space="0" w:color="E3E7F0"/>
          <w:insideH w:val="single" w:sz="6" w:space="0" w:color="E3E7F0"/>
          <w:insideV w:val="single" w:sz="6" w:space="0" w:color="E3E7F0"/>
        </w:tblBorders>
        <w:tblLook w:val="04A0" w:firstRow="1" w:lastRow="0" w:firstColumn="1" w:lastColumn="0" w:noHBand="0" w:noVBand="1"/>
      </w:tblPr>
      <w:tblGrid>
        <w:gridCol w:w="567"/>
        <w:gridCol w:w="1928"/>
        <w:gridCol w:w="1134"/>
        <w:gridCol w:w="1020"/>
        <w:gridCol w:w="2494"/>
        <w:gridCol w:w="2494"/>
      </w:tblGrid>
      <w:tr w:rsidR="00266466" w14:paraId="46770246" w14:textId="77777777">
        <w:trPr>
          <w:cantSplit/>
          <w:tblHeader/>
        </w:trPr>
        <w:tc>
          <w:tcPr>
            <w:tcW w:w="567" w:type="dxa"/>
            <w:shd w:val="clear" w:color="auto" w:fill="1B398F"/>
          </w:tcPr>
          <w:p w14:paraId="4B8F7B85" w14:textId="77777777" w:rsidR="00266466" w:rsidRDefault="009C2B1B">
            <w:pPr>
              <w:spacing w:before="60" w:after="60"/>
            </w:pPr>
            <w:r>
              <w:rPr>
                <w:rFonts w:ascii="Poppins" w:hAnsi="Poppins"/>
                <w:b/>
                <w:color w:val="FFFFFF"/>
                <w:sz w:val="17"/>
              </w:rPr>
              <w:t>Lp.</w:t>
            </w:r>
          </w:p>
        </w:tc>
        <w:tc>
          <w:tcPr>
            <w:tcW w:w="1928" w:type="dxa"/>
            <w:shd w:val="clear" w:color="auto" w:fill="1B398F"/>
          </w:tcPr>
          <w:p w14:paraId="5A8272F5" w14:textId="77777777" w:rsidR="00266466" w:rsidRDefault="009C2B1B">
            <w:pPr>
              <w:spacing w:before="60" w:after="60"/>
            </w:pPr>
            <w:r>
              <w:rPr>
                <w:rFonts w:ascii="Poppins" w:hAnsi="Poppins"/>
                <w:b/>
                <w:color w:val="FFFFFF"/>
                <w:sz w:val="17"/>
              </w:rPr>
              <w:t>Zleceniodawca</w:t>
            </w:r>
          </w:p>
        </w:tc>
        <w:tc>
          <w:tcPr>
            <w:tcW w:w="1134" w:type="dxa"/>
            <w:shd w:val="clear" w:color="auto" w:fill="1B398F"/>
          </w:tcPr>
          <w:p w14:paraId="59811272" w14:textId="77777777" w:rsidR="00266466" w:rsidRDefault="009C2B1B">
            <w:pPr>
              <w:spacing w:before="60" w:after="60"/>
            </w:pPr>
            <w:r>
              <w:rPr>
                <w:rFonts w:ascii="Poppins" w:hAnsi="Poppins"/>
                <w:b/>
                <w:color w:val="FFFFFF"/>
                <w:sz w:val="17"/>
              </w:rPr>
              <w:t>Termin</w:t>
            </w:r>
          </w:p>
        </w:tc>
        <w:tc>
          <w:tcPr>
            <w:tcW w:w="1020" w:type="dxa"/>
            <w:shd w:val="clear" w:color="auto" w:fill="1B398F"/>
          </w:tcPr>
          <w:p w14:paraId="47AD7967" w14:textId="77777777" w:rsidR="00266466" w:rsidRDefault="009C2B1B">
            <w:pPr>
              <w:spacing w:before="60" w:after="60"/>
            </w:pPr>
            <w:r>
              <w:rPr>
                <w:rFonts w:ascii="Poppins" w:hAnsi="Poppins"/>
                <w:b/>
                <w:color w:val="FFFFFF"/>
                <w:sz w:val="17"/>
              </w:rPr>
              <w:t>Liczba osób</w:t>
            </w:r>
          </w:p>
        </w:tc>
        <w:tc>
          <w:tcPr>
            <w:tcW w:w="2494" w:type="dxa"/>
            <w:shd w:val="clear" w:color="auto" w:fill="1B398F"/>
          </w:tcPr>
          <w:p w14:paraId="65174406" w14:textId="77777777" w:rsidR="00266466" w:rsidRDefault="009C2B1B">
            <w:pPr>
              <w:spacing w:before="60" w:after="60"/>
            </w:pPr>
            <w:r>
              <w:rPr>
                <w:rFonts w:ascii="Poppins" w:hAnsi="Poppins"/>
                <w:b/>
                <w:color w:val="FFFFFF"/>
                <w:sz w:val="17"/>
              </w:rPr>
              <w:t>Zakres usługi</w:t>
            </w:r>
          </w:p>
        </w:tc>
        <w:tc>
          <w:tcPr>
            <w:tcW w:w="2494" w:type="dxa"/>
            <w:shd w:val="clear" w:color="auto" w:fill="1B398F"/>
          </w:tcPr>
          <w:p w14:paraId="489991B1" w14:textId="77777777" w:rsidR="00266466" w:rsidRDefault="009C2B1B">
            <w:pPr>
              <w:spacing w:before="60" w:after="60"/>
            </w:pPr>
            <w:r>
              <w:rPr>
                <w:rFonts w:ascii="Poppins" w:hAnsi="Poppins"/>
                <w:b/>
                <w:color w:val="FFFFFF"/>
                <w:sz w:val="17"/>
              </w:rPr>
              <w:t>Kontakt referencyjny</w:t>
            </w:r>
          </w:p>
        </w:tc>
      </w:tr>
      <w:tr w:rsidR="00266466" w14:paraId="30E16B83" w14:textId="77777777">
        <w:trPr>
          <w:cantSplit/>
        </w:trPr>
        <w:tc>
          <w:tcPr>
            <w:tcW w:w="567" w:type="dxa"/>
            <w:shd w:val="clear" w:color="auto" w:fill="F3F4F7"/>
          </w:tcPr>
          <w:p w14:paraId="5E9F2280" w14:textId="77777777" w:rsidR="00266466" w:rsidRDefault="009C2B1B">
            <w:pPr>
              <w:spacing w:before="100" w:after="100"/>
              <w:jc w:val="center"/>
            </w:pPr>
            <w:r>
              <w:rPr>
                <w:rFonts w:ascii="Poppins" w:hAnsi="Poppins"/>
                <w:b/>
                <w:color w:val="1B398F"/>
                <w:sz w:val="18"/>
              </w:rPr>
              <w:t>1</w:t>
            </w:r>
          </w:p>
        </w:tc>
        <w:tc>
          <w:tcPr>
            <w:tcW w:w="1928" w:type="dxa"/>
            <w:shd w:val="clear" w:color="auto" w:fill="F8FAFE"/>
          </w:tcPr>
          <w:p w14:paraId="19FB77FF" w14:textId="77777777" w:rsidR="00266466" w:rsidRDefault="00266466">
            <w:pPr>
              <w:spacing w:before="100" w:after="100"/>
            </w:pPr>
          </w:p>
        </w:tc>
        <w:tc>
          <w:tcPr>
            <w:tcW w:w="1134" w:type="dxa"/>
            <w:shd w:val="clear" w:color="auto" w:fill="F8FAFE"/>
          </w:tcPr>
          <w:p w14:paraId="5F372FE7" w14:textId="77777777" w:rsidR="00266466" w:rsidRDefault="00266466">
            <w:pPr>
              <w:spacing w:before="100" w:after="100"/>
            </w:pPr>
          </w:p>
        </w:tc>
        <w:tc>
          <w:tcPr>
            <w:tcW w:w="1020" w:type="dxa"/>
            <w:shd w:val="clear" w:color="auto" w:fill="F8FAFE"/>
          </w:tcPr>
          <w:p w14:paraId="63358895" w14:textId="77777777" w:rsidR="00266466" w:rsidRDefault="00266466">
            <w:pPr>
              <w:spacing w:before="100" w:after="100"/>
            </w:pPr>
          </w:p>
        </w:tc>
        <w:tc>
          <w:tcPr>
            <w:tcW w:w="2494" w:type="dxa"/>
            <w:shd w:val="clear" w:color="auto" w:fill="F8FAFE"/>
          </w:tcPr>
          <w:p w14:paraId="17C5A9E7" w14:textId="77777777" w:rsidR="00266466" w:rsidRDefault="00266466">
            <w:pPr>
              <w:spacing w:before="100" w:after="100"/>
            </w:pPr>
          </w:p>
        </w:tc>
        <w:tc>
          <w:tcPr>
            <w:tcW w:w="2494" w:type="dxa"/>
            <w:shd w:val="clear" w:color="auto" w:fill="F8FAFE"/>
          </w:tcPr>
          <w:p w14:paraId="1513BA5E" w14:textId="77777777" w:rsidR="00266466" w:rsidRDefault="00266466">
            <w:pPr>
              <w:spacing w:before="100" w:after="100"/>
            </w:pPr>
          </w:p>
        </w:tc>
      </w:tr>
      <w:tr w:rsidR="00266466" w14:paraId="00AE454F" w14:textId="77777777">
        <w:trPr>
          <w:cantSplit/>
        </w:trPr>
        <w:tc>
          <w:tcPr>
            <w:tcW w:w="567" w:type="dxa"/>
            <w:shd w:val="clear" w:color="auto" w:fill="F3F4F7"/>
          </w:tcPr>
          <w:p w14:paraId="52E63F61" w14:textId="77777777" w:rsidR="00266466" w:rsidRDefault="009C2B1B">
            <w:pPr>
              <w:spacing w:before="100" w:after="100"/>
              <w:jc w:val="center"/>
            </w:pPr>
            <w:r>
              <w:rPr>
                <w:rFonts w:ascii="Poppins" w:hAnsi="Poppins"/>
                <w:b/>
                <w:color w:val="1B398F"/>
                <w:sz w:val="18"/>
              </w:rPr>
              <w:t>2</w:t>
            </w:r>
          </w:p>
        </w:tc>
        <w:tc>
          <w:tcPr>
            <w:tcW w:w="1928" w:type="dxa"/>
            <w:shd w:val="clear" w:color="auto" w:fill="F8FAFE"/>
          </w:tcPr>
          <w:p w14:paraId="661A4E51" w14:textId="77777777" w:rsidR="00266466" w:rsidRDefault="00266466">
            <w:pPr>
              <w:spacing w:before="100" w:after="100"/>
            </w:pPr>
          </w:p>
        </w:tc>
        <w:tc>
          <w:tcPr>
            <w:tcW w:w="1134" w:type="dxa"/>
            <w:shd w:val="clear" w:color="auto" w:fill="F8FAFE"/>
          </w:tcPr>
          <w:p w14:paraId="1A3B70B7" w14:textId="77777777" w:rsidR="00266466" w:rsidRDefault="00266466">
            <w:pPr>
              <w:spacing w:before="100" w:after="100"/>
            </w:pPr>
          </w:p>
        </w:tc>
        <w:tc>
          <w:tcPr>
            <w:tcW w:w="1020" w:type="dxa"/>
            <w:shd w:val="clear" w:color="auto" w:fill="F8FAFE"/>
          </w:tcPr>
          <w:p w14:paraId="755FD68C" w14:textId="77777777" w:rsidR="00266466" w:rsidRDefault="00266466">
            <w:pPr>
              <w:spacing w:before="100" w:after="100"/>
            </w:pPr>
          </w:p>
        </w:tc>
        <w:tc>
          <w:tcPr>
            <w:tcW w:w="2494" w:type="dxa"/>
            <w:shd w:val="clear" w:color="auto" w:fill="F8FAFE"/>
          </w:tcPr>
          <w:p w14:paraId="78B6B04B" w14:textId="77777777" w:rsidR="00266466" w:rsidRDefault="00266466">
            <w:pPr>
              <w:spacing w:before="100" w:after="100"/>
            </w:pPr>
          </w:p>
        </w:tc>
        <w:tc>
          <w:tcPr>
            <w:tcW w:w="2494" w:type="dxa"/>
            <w:shd w:val="clear" w:color="auto" w:fill="F8FAFE"/>
          </w:tcPr>
          <w:p w14:paraId="13961B9E" w14:textId="77777777" w:rsidR="00266466" w:rsidRDefault="00266466">
            <w:pPr>
              <w:spacing w:before="100" w:after="100"/>
            </w:pPr>
          </w:p>
        </w:tc>
      </w:tr>
      <w:tr w:rsidR="00266466" w14:paraId="4AA4223F" w14:textId="77777777">
        <w:trPr>
          <w:cantSplit/>
        </w:trPr>
        <w:tc>
          <w:tcPr>
            <w:tcW w:w="567" w:type="dxa"/>
            <w:shd w:val="clear" w:color="auto" w:fill="F3F4F7"/>
          </w:tcPr>
          <w:p w14:paraId="38A5910F" w14:textId="77777777" w:rsidR="00266466" w:rsidRDefault="009C2B1B">
            <w:pPr>
              <w:spacing w:before="100" w:after="100"/>
              <w:jc w:val="center"/>
            </w:pPr>
            <w:r>
              <w:rPr>
                <w:rFonts w:ascii="Poppins" w:hAnsi="Poppins"/>
                <w:b/>
                <w:color w:val="1B398F"/>
                <w:sz w:val="18"/>
              </w:rPr>
              <w:t>3</w:t>
            </w:r>
          </w:p>
        </w:tc>
        <w:tc>
          <w:tcPr>
            <w:tcW w:w="1928" w:type="dxa"/>
            <w:shd w:val="clear" w:color="auto" w:fill="F8FAFE"/>
          </w:tcPr>
          <w:p w14:paraId="42BAD07B" w14:textId="77777777" w:rsidR="00266466" w:rsidRDefault="00266466">
            <w:pPr>
              <w:spacing w:before="100" w:after="100"/>
            </w:pPr>
          </w:p>
        </w:tc>
        <w:tc>
          <w:tcPr>
            <w:tcW w:w="1134" w:type="dxa"/>
            <w:shd w:val="clear" w:color="auto" w:fill="F8FAFE"/>
          </w:tcPr>
          <w:p w14:paraId="13DCD06F" w14:textId="77777777" w:rsidR="00266466" w:rsidRDefault="00266466">
            <w:pPr>
              <w:spacing w:before="100" w:after="100"/>
            </w:pPr>
          </w:p>
        </w:tc>
        <w:tc>
          <w:tcPr>
            <w:tcW w:w="1020" w:type="dxa"/>
            <w:shd w:val="clear" w:color="auto" w:fill="F8FAFE"/>
          </w:tcPr>
          <w:p w14:paraId="1934EC52" w14:textId="77777777" w:rsidR="00266466" w:rsidRDefault="00266466">
            <w:pPr>
              <w:spacing w:before="100" w:after="100"/>
            </w:pPr>
          </w:p>
        </w:tc>
        <w:tc>
          <w:tcPr>
            <w:tcW w:w="2494" w:type="dxa"/>
            <w:shd w:val="clear" w:color="auto" w:fill="F8FAFE"/>
          </w:tcPr>
          <w:p w14:paraId="1E5ACFE5" w14:textId="77777777" w:rsidR="00266466" w:rsidRDefault="00266466">
            <w:pPr>
              <w:spacing w:before="100" w:after="100"/>
            </w:pPr>
          </w:p>
        </w:tc>
        <w:tc>
          <w:tcPr>
            <w:tcW w:w="2494" w:type="dxa"/>
            <w:shd w:val="clear" w:color="auto" w:fill="F8FAFE"/>
          </w:tcPr>
          <w:p w14:paraId="1CE65052" w14:textId="77777777" w:rsidR="00266466" w:rsidRDefault="00266466">
            <w:pPr>
              <w:spacing w:before="100" w:after="100"/>
            </w:pPr>
          </w:p>
        </w:tc>
      </w:tr>
      <w:tr w:rsidR="00266466" w14:paraId="38A26274" w14:textId="77777777">
        <w:trPr>
          <w:cantSplit/>
        </w:trPr>
        <w:tc>
          <w:tcPr>
            <w:tcW w:w="567" w:type="dxa"/>
            <w:shd w:val="clear" w:color="auto" w:fill="F3F4F7"/>
          </w:tcPr>
          <w:p w14:paraId="15C2972B" w14:textId="77777777" w:rsidR="00266466" w:rsidRDefault="009C2B1B">
            <w:pPr>
              <w:spacing w:before="100" w:after="100"/>
              <w:jc w:val="center"/>
            </w:pPr>
            <w:r>
              <w:rPr>
                <w:rFonts w:ascii="Poppins" w:hAnsi="Poppins"/>
                <w:b/>
                <w:color w:val="1B398F"/>
                <w:sz w:val="18"/>
              </w:rPr>
              <w:t>4</w:t>
            </w:r>
          </w:p>
        </w:tc>
        <w:tc>
          <w:tcPr>
            <w:tcW w:w="1928" w:type="dxa"/>
            <w:shd w:val="clear" w:color="auto" w:fill="F8FAFE"/>
          </w:tcPr>
          <w:p w14:paraId="652DFCA6" w14:textId="77777777" w:rsidR="00266466" w:rsidRDefault="00266466">
            <w:pPr>
              <w:spacing w:before="100" w:after="100"/>
            </w:pPr>
          </w:p>
        </w:tc>
        <w:tc>
          <w:tcPr>
            <w:tcW w:w="1134" w:type="dxa"/>
            <w:shd w:val="clear" w:color="auto" w:fill="F8FAFE"/>
          </w:tcPr>
          <w:p w14:paraId="304256B4" w14:textId="77777777" w:rsidR="00266466" w:rsidRDefault="00266466">
            <w:pPr>
              <w:spacing w:before="100" w:after="100"/>
            </w:pPr>
          </w:p>
        </w:tc>
        <w:tc>
          <w:tcPr>
            <w:tcW w:w="1020" w:type="dxa"/>
            <w:shd w:val="clear" w:color="auto" w:fill="F8FAFE"/>
          </w:tcPr>
          <w:p w14:paraId="7C050E87" w14:textId="77777777" w:rsidR="00266466" w:rsidRDefault="00266466">
            <w:pPr>
              <w:spacing w:before="100" w:after="100"/>
            </w:pPr>
          </w:p>
        </w:tc>
        <w:tc>
          <w:tcPr>
            <w:tcW w:w="2494" w:type="dxa"/>
            <w:shd w:val="clear" w:color="auto" w:fill="F8FAFE"/>
          </w:tcPr>
          <w:p w14:paraId="690B5AC2" w14:textId="77777777" w:rsidR="00266466" w:rsidRDefault="00266466">
            <w:pPr>
              <w:spacing w:before="100" w:after="100"/>
            </w:pPr>
          </w:p>
        </w:tc>
        <w:tc>
          <w:tcPr>
            <w:tcW w:w="2494" w:type="dxa"/>
            <w:shd w:val="clear" w:color="auto" w:fill="F8FAFE"/>
          </w:tcPr>
          <w:p w14:paraId="73A5BF22" w14:textId="77777777" w:rsidR="00266466" w:rsidRDefault="00266466">
            <w:pPr>
              <w:spacing w:before="100" w:after="100"/>
            </w:pPr>
          </w:p>
        </w:tc>
      </w:tr>
      <w:tr w:rsidR="00266466" w14:paraId="6EE1D8D0" w14:textId="77777777">
        <w:trPr>
          <w:cantSplit/>
        </w:trPr>
        <w:tc>
          <w:tcPr>
            <w:tcW w:w="567" w:type="dxa"/>
            <w:shd w:val="clear" w:color="auto" w:fill="F3F4F7"/>
          </w:tcPr>
          <w:p w14:paraId="48A7D395" w14:textId="77777777" w:rsidR="00266466" w:rsidRDefault="009C2B1B">
            <w:pPr>
              <w:spacing w:before="100" w:after="100"/>
              <w:jc w:val="center"/>
            </w:pPr>
            <w:r>
              <w:rPr>
                <w:rFonts w:ascii="Poppins" w:hAnsi="Poppins"/>
                <w:b/>
                <w:color w:val="1B398F"/>
                <w:sz w:val="18"/>
              </w:rPr>
              <w:t>5</w:t>
            </w:r>
          </w:p>
        </w:tc>
        <w:tc>
          <w:tcPr>
            <w:tcW w:w="1928" w:type="dxa"/>
            <w:shd w:val="clear" w:color="auto" w:fill="F8FAFE"/>
          </w:tcPr>
          <w:p w14:paraId="696CD3FE" w14:textId="77777777" w:rsidR="00266466" w:rsidRDefault="00266466">
            <w:pPr>
              <w:spacing w:before="100" w:after="100"/>
            </w:pPr>
          </w:p>
        </w:tc>
        <w:tc>
          <w:tcPr>
            <w:tcW w:w="1134" w:type="dxa"/>
            <w:shd w:val="clear" w:color="auto" w:fill="F8FAFE"/>
          </w:tcPr>
          <w:p w14:paraId="0F0DA173" w14:textId="77777777" w:rsidR="00266466" w:rsidRDefault="00266466">
            <w:pPr>
              <w:spacing w:before="100" w:after="100"/>
            </w:pPr>
          </w:p>
        </w:tc>
        <w:tc>
          <w:tcPr>
            <w:tcW w:w="1020" w:type="dxa"/>
            <w:shd w:val="clear" w:color="auto" w:fill="F8FAFE"/>
          </w:tcPr>
          <w:p w14:paraId="18F77B04" w14:textId="77777777" w:rsidR="00266466" w:rsidRDefault="00266466">
            <w:pPr>
              <w:spacing w:before="100" w:after="100"/>
            </w:pPr>
          </w:p>
        </w:tc>
        <w:tc>
          <w:tcPr>
            <w:tcW w:w="2494" w:type="dxa"/>
            <w:shd w:val="clear" w:color="auto" w:fill="F8FAFE"/>
          </w:tcPr>
          <w:p w14:paraId="693711CE" w14:textId="77777777" w:rsidR="00266466" w:rsidRDefault="00266466">
            <w:pPr>
              <w:spacing w:before="100" w:after="100"/>
            </w:pPr>
          </w:p>
        </w:tc>
        <w:tc>
          <w:tcPr>
            <w:tcW w:w="2494" w:type="dxa"/>
            <w:shd w:val="clear" w:color="auto" w:fill="F8FAFE"/>
          </w:tcPr>
          <w:p w14:paraId="00B30560" w14:textId="77777777" w:rsidR="00266466" w:rsidRDefault="00266466">
            <w:pPr>
              <w:spacing w:before="100" w:after="100"/>
            </w:pPr>
          </w:p>
        </w:tc>
      </w:tr>
    </w:tbl>
    <w:p w14:paraId="69479275" w14:textId="77777777" w:rsidR="00266466" w:rsidRDefault="00266466">
      <w:pPr>
        <w:spacing w:after="120"/>
      </w:pPr>
    </w:p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ook w:val="04A0" w:firstRow="1" w:lastRow="0" w:firstColumn="1" w:lastColumn="0" w:noHBand="0" w:noVBand="1"/>
      </w:tblPr>
      <w:tblGrid>
        <w:gridCol w:w="5102"/>
        <w:gridCol w:w="4870"/>
      </w:tblGrid>
      <w:tr w:rsidR="00266466" w14:paraId="6668F51A" w14:textId="77777777">
        <w:trPr>
          <w:cantSplit/>
        </w:trPr>
        <w:tc>
          <w:tcPr>
            <w:tcW w:w="9972" w:type="dxa"/>
            <w:gridSpan w:val="2"/>
            <w:shd w:val="clear" w:color="auto" w:fill="ECF2FE"/>
          </w:tcPr>
          <w:p w14:paraId="79CA7149" w14:textId="77777777" w:rsidR="00266466" w:rsidRDefault="009C2B1B">
            <w:pPr>
              <w:keepNext/>
              <w:spacing w:before="60" w:after="60"/>
            </w:pPr>
            <w:r>
              <w:rPr>
                <w:rFonts w:ascii="Poppins" w:hAnsi="Poppins"/>
                <w:b/>
                <w:color w:val="8B0C00"/>
                <w:sz w:val="22"/>
              </w:rPr>
              <w:lastRenderedPageBreak/>
              <w:t xml:space="preserve">8.  </w:t>
            </w:r>
            <w:r>
              <w:rPr>
                <w:rFonts w:ascii="Poppins" w:hAnsi="Poppins"/>
                <w:b/>
                <w:color w:val="0B1C4E"/>
                <w:sz w:val="22"/>
              </w:rPr>
              <w:t>Załączniki do oferty</w:t>
            </w:r>
          </w:p>
        </w:tc>
      </w:tr>
      <w:tr w:rsidR="00266466" w14:paraId="21FAC6B4" w14:textId="77777777">
        <w:trPr>
          <w:cantSplit/>
        </w:trPr>
        <w:tc>
          <w:tcPr>
            <w:tcW w:w="9972" w:type="dxa"/>
            <w:gridSpan w:val="2"/>
            <w:shd w:val="clear" w:color="auto" w:fill="FFFFFF"/>
          </w:tcPr>
          <w:p w14:paraId="638FE2C0" w14:textId="607BA8D4" w:rsidR="00266466" w:rsidRDefault="009C2B1B">
            <w:pPr>
              <w:keepNext/>
              <w:spacing w:before="100" w:after="100"/>
            </w:pPr>
            <w:r>
              <w:rPr>
                <w:color w:val="69707F"/>
                <w:sz w:val="18"/>
              </w:rPr>
              <w:t xml:space="preserve">Preferujemy udostępnienie </w:t>
            </w:r>
            <w:proofErr w:type="spellStart"/>
            <w:r>
              <w:rPr>
                <w:color w:val="69707F"/>
                <w:sz w:val="18"/>
              </w:rPr>
              <w:t>materiałów</w:t>
            </w:r>
            <w:proofErr w:type="spellEnd"/>
            <w:r>
              <w:rPr>
                <w:color w:val="69707F"/>
                <w:sz w:val="18"/>
              </w:rPr>
              <w:t xml:space="preserve"> </w:t>
            </w:r>
            <w:proofErr w:type="spellStart"/>
            <w:r>
              <w:rPr>
                <w:color w:val="69707F"/>
                <w:sz w:val="18"/>
              </w:rPr>
              <w:t>linkiem</w:t>
            </w:r>
            <w:proofErr w:type="spellEnd"/>
            <w:r>
              <w:rPr>
                <w:color w:val="69707F"/>
                <w:sz w:val="18"/>
              </w:rPr>
              <w:t xml:space="preserve"> do </w:t>
            </w:r>
            <w:proofErr w:type="spellStart"/>
            <w:r>
              <w:rPr>
                <w:color w:val="69707F"/>
                <w:sz w:val="18"/>
              </w:rPr>
              <w:t>chmury</w:t>
            </w:r>
            <w:proofErr w:type="spellEnd"/>
            <w:r>
              <w:rPr>
                <w:color w:val="69707F"/>
                <w:sz w:val="18"/>
              </w:rPr>
              <w:t xml:space="preserve"> (</w:t>
            </w:r>
            <w:r w:rsidR="00E77C31">
              <w:rPr>
                <w:color w:val="69707F"/>
                <w:sz w:val="18"/>
              </w:rPr>
              <w:t xml:space="preserve">np. </w:t>
            </w:r>
            <w:r>
              <w:rPr>
                <w:color w:val="69707F"/>
                <w:sz w:val="18"/>
              </w:rPr>
              <w:t>Google Drive, OneDrive, Dropbox, WeTransfer). Załączniki mailowe bywają blokowane przez serwery przy większych rozmiarach. Prosimy o link z dostępem do odczytu, ważny co najmniej do 30 września 2026.</w:t>
            </w:r>
          </w:p>
        </w:tc>
      </w:tr>
      <w:tr w:rsidR="00266466" w14:paraId="2DB0A709" w14:textId="77777777">
        <w:trPr>
          <w:cantSplit/>
        </w:trPr>
        <w:tc>
          <w:tcPr>
            <w:tcW w:w="5102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3F4F7"/>
          </w:tcPr>
          <w:p w14:paraId="2CA5B0E6" w14:textId="77777777" w:rsidR="00266466" w:rsidRDefault="009C2B1B">
            <w:pPr>
              <w:keepNext/>
              <w:spacing w:before="80" w:after="80"/>
            </w:pPr>
            <w:r>
              <w:rPr>
                <w:b/>
                <w:sz w:val="19"/>
              </w:rPr>
              <w:t>Link do dokumentacji zdjęciowej obiektu (preferowane)</w:t>
            </w:r>
          </w:p>
        </w:tc>
        <w:tc>
          <w:tcPr>
            <w:tcW w:w="4535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6B80224C" w14:textId="77777777" w:rsidR="00266466" w:rsidRDefault="00266466">
            <w:pPr>
              <w:keepNext/>
              <w:spacing w:before="80" w:after="80"/>
            </w:pPr>
          </w:p>
        </w:tc>
      </w:tr>
      <w:tr w:rsidR="00266466" w14:paraId="05029CEB" w14:textId="77777777">
        <w:trPr>
          <w:cantSplit/>
        </w:trPr>
        <w:tc>
          <w:tcPr>
            <w:tcW w:w="5102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3F4F7"/>
          </w:tcPr>
          <w:p w14:paraId="6D04CD9F" w14:textId="77777777" w:rsidR="00266466" w:rsidRDefault="009C2B1B">
            <w:pPr>
              <w:keepNext/>
              <w:spacing w:before="80" w:after="80"/>
            </w:pPr>
            <w:r>
              <w:rPr>
                <w:b/>
                <w:sz w:val="19"/>
              </w:rPr>
              <w:t>Link do szczegółowego programu turnusu</w:t>
            </w:r>
          </w:p>
        </w:tc>
        <w:tc>
          <w:tcPr>
            <w:tcW w:w="4535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6C51464B" w14:textId="77777777" w:rsidR="00266466" w:rsidRDefault="00266466">
            <w:pPr>
              <w:keepNext/>
              <w:spacing w:before="80" w:after="80"/>
            </w:pPr>
          </w:p>
        </w:tc>
      </w:tr>
      <w:tr w:rsidR="00266466" w14:paraId="27670F67" w14:textId="77777777">
        <w:trPr>
          <w:cantSplit/>
        </w:trPr>
        <w:tc>
          <w:tcPr>
            <w:tcW w:w="5102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3F4F7"/>
          </w:tcPr>
          <w:p w14:paraId="504A859D" w14:textId="77777777" w:rsidR="00266466" w:rsidRDefault="009C2B1B">
            <w:pPr>
              <w:keepNext/>
              <w:spacing w:before="80" w:after="80"/>
            </w:pPr>
            <w:r>
              <w:rPr>
                <w:b/>
                <w:sz w:val="19"/>
              </w:rPr>
              <w:t>Link do referencji i dokumentów potwierdzających doświadczenie</w:t>
            </w:r>
          </w:p>
        </w:tc>
        <w:tc>
          <w:tcPr>
            <w:tcW w:w="4535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55F4B23F" w14:textId="77777777" w:rsidR="00266466" w:rsidRDefault="00266466">
            <w:pPr>
              <w:keepNext/>
              <w:spacing w:before="80" w:after="80"/>
            </w:pPr>
          </w:p>
        </w:tc>
      </w:tr>
      <w:tr w:rsidR="00266466" w14:paraId="0DCEDB6C" w14:textId="77777777">
        <w:trPr>
          <w:cantSplit/>
        </w:trPr>
        <w:tc>
          <w:tcPr>
            <w:tcW w:w="5102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3F4F7"/>
          </w:tcPr>
          <w:p w14:paraId="37C6A734" w14:textId="77777777" w:rsidR="00266466" w:rsidRDefault="009C2B1B">
            <w:pPr>
              <w:spacing w:before="80" w:after="80"/>
            </w:pPr>
            <w:r>
              <w:rPr>
                <w:b/>
                <w:sz w:val="19"/>
              </w:rPr>
              <w:t>Hasło do materiałów, jeśli jest wymagane</w:t>
            </w:r>
          </w:p>
        </w:tc>
        <w:tc>
          <w:tcPr>
            <w:tcW w:w="4535" w:type="dxa"/>
            <w:tcBorders>
              <w:top w:val="single" w:sz="6" w:space="0" w:color="E3E7F0"/>
              <w:left w:val="single" w:sz="6" w:space="0" w:color="E3E7F0"/>
              <w:bottom w:val="single" w:sz="6" w:space="0" w:color="E3E7F0"/>
              <w:right w:val="single" w:sz="6" w:space="0" w:color="E3E7F0"/>
            </w:tcBorders>
            <w:shd w:val="clear" w:color="auto" w:fill="F8FAFE"/>
          </w:tcPr>
          <w:p w14:paraId="5B0945FD" w14:textId="77777777" w:rsidR="00266466" w:rsidRDefault="00266466">
            <w:pPr>
              <w:spacing w:before="80" w:after="80"/>
            </w:pPr>
          </w:p>
        </w:tc>
      </w:tr>
    </w:tbl>
    <w:p w14:paraId="53C46FE9" w14:textId="77777777" w:rsidR="00266466" w:rsidRDefault="00266466">
      <w:pPr>
        <w:spacing w:after="120"/>
      </w:pPr>
    </w:p>
    <w:p w14:paraId="320627E5" w14:textId="77777777" w:rsidR="00266466" w:rsidRDefault="009C2B1B">
      <w:pPr>
        <w:keepNext/>
        <w:spacing w:after="60"/>
      </w:pPr>
      <w:r>
        <w:rPr>
          <w:b/>
          <w:sz w:val="19"/>
        </w:rPr>
        <w:t>Materiały przesłane jako załączniki do wiadomości e-mail (prosimy wymienić):</w:t>
      </w:r>
    </w:p>
    <w:tbl>
      <w:tblPr>
        <w:tblW w:w="0" w:type="auto"/>
        <w:tblBorders>
          <w:top w:val="single" w:sz="6" w:space="0" w:color="E3E7F0"/>
          <w:left w:val="single" w:sz="6" w:space="0" w:color="E3E7F0"/>
          <w:bottom w:val="single" w:sz="6" w:space="0" w:color="E3E7F0"/>
          <w:right w:val="single" w:sz="6" w:space="0" w:color="E3E7F0"/>
          <w:insideH w:val="single" w:sz="6" w:space="0" w:color="E3E7F0"/>
          <w:insideV w:val="single" w:sz="6" w:space="0" w:color="E3E7F0"/>
        </w:tblBorders>
        <w:tblLook w:val="04A0" w:firstRow="1" w:lastRow="0" w:firstColumn="1" w:lastColumn="0" w:noHBand="0" w:noVBand="1"/>
      </w:tblPr>
      <w:tblGrid>
        <w:gridCol w:w="9638"/>
      </w:tblGrid>
      <w:tr w:rsidR="00266466" w14:paraId="0801FF51" w14:textId="77777777">
        <w:trPr>
          <w:cantSplit/>
        </w:trPr>
        <w:tc>
          <w:tcPr>
            <w:tcW w:w="9638" w:type="dxa"/>
            <w:shd w:val="clear" w:color="auto" w:fill="F8FAFE"/>
          </w:tcPr>
          <w:p w14:paraId="31354566" w14:textId="77777777" w:rsidR="00266466" w:rsidRDefault="00266466">
            <w:pPr>
              <w:spacing w:before="80"/>
            </w:pPr>
          </w:p>
          <w:p w14:paraId="63B41F49" w14:textId="77777777" w:rsidR="00266466" w:rsidRDefault="00266466"/>
          <w:p w14:paraId="10212D6E" w14:textId="77777777" w:rsidR="00266466" w:rsidRDefault="00266466"/>
          <w:p w14:paraId="63D89CBE" w14:textId="77777777" w:rsidR="00266466" w:rsidRDefault="00266466"/>
        </w:tc>
      </w:tr>
    </w:tbl>
    <w:p w14:paraId="4FAC752E" w14:textId="77777777" w:rsidR="00266466" w:rsidRDefault="00266466">
      <w:pPr>
        <w:spacing w:after="80"/>
      </w:pPr>
    </w:p>
    <w:p w14:paraId="26184CBD" w14:textId="77777777" w:rsidR="00266466" w:rsidRDefault="009C2B1B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266466" w14:paraId="21655857" w14:textId="77777777">
        <w:trPr>
          <w:cantSplit/>
        </w:trPr>
        <w:tc>
          <w:tcPr>
            <w:tcW w:w="9638" w:type="dxa"/>
            <w:shd w:val="clear" w:color="auto" w:fill="ECF2FE"/>
          </w:tcPr>
          <w:p w14:paraId="0D44BF23" w14:textId="77777777" w:rsidR="00266466" w:rsidRDefault="009C2B1B">
            <w:pPr>
              <w:keepNext/>
              <w:spacing w:before="60" w:after="60"/>
            </w:pPr>
            <w:r>
              <w:rPr>
                <w:rFonts w:ascii="Poppins" w:hAnsi="Poppins"/>
                <w:b/>
                <w:color w:val="8B0C00"/>
                <w:sz w:val="22"/>
              </w:rPr>
              <w:lastRenderedPageBreak/>
              <w:t xml:space="preserve">9.  </w:t>
            </w:r>
            <w:r>
              <w:rPr>
                <w:rFonts w:ascii="Poppins" w:hAnsi="Poppins"/>
                <w:b/>
                <w:color w:val="0B1C4E"/>
                <w:sz w:val="22"/>
              </w:rPr>
              <w:t>Oświadczenia Wykonawcy</w:t>
            </w:r>
          </w:p>
        </w:tc>
      </w:tr>
    </w:tbl>
    <w:p w14:paraId="47FAC50A" w14:textId="77777777" w:rsidR="00266466" w:rsidRDefault="00266466">
      <w:pPr>
        <w:keepNext/>
        <w:spacing w:after="40"/>
      </w:pPr>
    </w:p>
    <w:p w14:paraId="7A65FCC0" w14:textId="77777777" w:rsidR="00266466" w:rsidRDefault="009C2B1B">
      <w:pPr>
        <w:keepNext/>
        <w:spacing w:after="120"/>
      </w:pPr>
      <w:r>
        <w:rPr>
          <w:color w:val="69707F"/>
          <w:sz w:val="18"/>
        </w:rPr>
        <w:t>Prosimy o zaznaczenie wszystkich pozycji.</w:t>
      </w:r>
    </w:p>
    <w:tbl>
      <w:tblPr>
        <w:tblW w:w="0" w:type="auto"/>
        <w:tblBorders>
          <w:top w:val="single" w:sz="6" w:space="0" w:color="D0D4DE"/>
          <w:left w:val="single" w:sz="6" w:space="0" w:color="D0D4DE"/>
          <w:bottom w:val="single" w:sz="6" w:space="0" w:color="D0D4DE"/>
          <w:right w:val="single" w:sz="6" w:space="0" w:color="D0D4DE"/>
          <w:insideH w:val="single" w:sz="6" w:space="0" w:color="D0D4DE"/>
          <w:insideV w:val="single" w:sz="6" w:space="0" w:color="D0D4DE"/>
        </w:tblBorders>
        <w:tblLook w:val="04A0" w:firstRow="1" w:lastRow="0" w:firstColumn="1" w:lastColumn="0" w:noHBand="0" w:noVBand="1"/>
      </w:tblPr>
      <w:tblGrid>
        <w:gridCol w:w="567"/>
        <w:gridCol w:w="9071"/>
      </w:tblGrid>
      <w:tr w:rsidR="00266466" w14:paraId="6BD0C970" w14:textId="77777777">
        <w:trPr>
          <w:cantSplit/>
        </w:trPr>
        <w:tc>
          <w:tcPr>
            <w:tcW w:w="567" w:type="dxa"/>
            <w:shd w:val="clear" w:color="auto" w:fill="FFFFFF"/>
          </w:tcPr>
          <w:p w14:paraId="359E5613" w14:textId="77777777" w:rsidR="00266466" w:rsidRDefault="009C2B1B">
            <w:pPr>
              <w:jc w:val="center"/>
            </w:pPr>
            <w:r>
              <w:rPr>
                <w:color w:val="1B398F"/>
                <w:sz w:val="28"/>
              </w:rPr>
              <w:t>☐</w:t>
            </w:r>
          </w:p>
        </w:tc>
        <w:tc>
          <w:tcPr>
            <w:tcW w:w="9071" w:type="dxa"/>
          </w:tcPr>
          <w:p w14:paraId="1658E834" w14:textId="77777777" w:rsidR="00266466" w:rsidRDefault="009C2B1B">
            <w:pPr>
              <w:spacing w:before="60" w:after="60"/>
            </w:pPr>
            <w:r>
              <w:rPr>
                <w:sz w:val="19"/>
              </w:rPr>
              <w:t>Akceptuję warunki zapytania ofertowego nr 1/ABG/2026 oraz istotne postanowienia przyszłej umowy, w tym warunki płatności i kary umowne.</w:t>
            </w:r>
          </w:p>
        </w:tc>
      </w:tr>
    </w:tbl>
    <w:p w14:paraId="43CCB085" w14:textId="77777777" w:rsidR="00266466" w:rsidRDefault="00266466">
      <w:pPr>
        <w:spacing w:after="40"/>
      </w:pPr>
    </w:p>
    <w:tbl>
      <w:tblPr>
        <w:tblW w:w="0" w:type="auto"/>
        <w:tblBorders>
          <w:top w:val="single" w:sz="6" w:space="0" w:color="D0D4DE"/>
          <w:left w:val="single" w:sz="6" w:space="0" w:color="D0D4DE"/>
          <w:bottom w:val="single" w:sz="6" w:space="0" w:color="D0D4DE"/>
          <w:right w:val="single" w:sz="6" w:space="0" w:color="D0D4DE"/>
          <w:insideH w:val="single" w:sz="6" w:space="0" w:color="D0D4DE"/>
          <w:insideV w:val="single" w:sz="6" w:space="0" w:color="D0D4DE"/>
        </w:tblBorders>
        <w:tblLook w:val="04A0" w:firstRow="1" w:lastRow="0" w:firstColumn="1" w:lastColumn="0" w:noHBand="0" w:noVBand="1"/>
      </w:tblPr>
      <w:tblGrid>
        <w:gridCol w:w="567"/>
        <w:gridCol w:w="9071"/>
      </w:tblGrid>
      <w:tr w:rsidR="00266466" w14:paraId="6E5EFB75" w14:textId="77777777">
        <w:trPr>
          <w:cantSplit/>
        </w:trPr>
        <w:tc>
          <w:tcPr>
            <w:tcW w:w="567" w:type="dxa"/>
            <w:shd w:val="clear" w:color="auto" w:fill="FFFFFF"/>
          </w:tcPr>
          <w:p w14:paraId="1E9CA846" w14:textId="77777777" w:rsidR="00266466" w:rsidRDefault="009C2B1B">
            <w:pPr>
              <w:jc w:val="center"/>
            </w:pPr>
            <w:r>
              <w:rPr>
                <w:color w:val="1B398F"/>
                <w:sz w:val="28"/>
              </w:rPr>
              <w:t>☐</w:t>
            </w:r>
          </w:p>
        </w:tc>
        <w:tc>
          <w:tcPr>
            <w:tcW w:w="9071" w:type="dxa"/>
          </w:tcPr>
          <w:p w14:paraId="7AF0439E" w14:textId="77777777" w:rsidR="00266466" w:rsidRDefault="009C2B1B">
            <w:pPr>
              <w:spacing w:before="60" w:after="60"/>
            </w:pPr>
            <w:r>
              <w:rPr>
                <w:sz w:val="19"/>
              </w:rPr>
              <w:t>Zapewnię diety specjalne (wegańska, bezglutenowa, bez laktozy) bez dopłat oraz pobyt kadry Zamawiającego w cenie oferty.</w:t>
            </w:r>
          </w:p>
        </w:tc>
      </w:tr>
    </w:tbl>
    <w:p w14:paraId="4CE1A978" w14:textId="77777777" w:rsidR="00266466" w:rsidRDefault="00266466">
      <w:pPr>
        <w:spacing w:after="40"/>
      </w:pPr>
    </w:p>
    <w:tbl>
      <w:tblPr>
        <w:tblW w:w="0" w:type="auto"/>
        <w:tblBorders>
          <w:top w:val="single" w:sz="6" w:space="0" w:color="D0D4DE"/>
          <w:left w:val="single" w:sz="6" w:space="0" w:color="D0D4DE"/>
          <w:bottom w:val="single" w:sz="6" w:space="0" w:color="D0D4DE"/>
          <w:right w:val="single" w:sz="6" w:space="0" w:color="D0D4DE"/>
          <w:insideH w:val="single" w:sz="6" w:space="0" w:color="D0D4DE"/>
          <w:insideV w:val="single" w:sz="6" w:space="0" w:color="D0D4DE"/>
        </w:tblBorders>
        <w:tblLook w:val="04A0" w:firstRow="1" w:lastRow="0" w:firstColumn="1" w:lastColumn="0" w:noHBand="0" w:noVBand="1"/>
      </w:tblPr>
      <w:tblGrid>
        <w:gridCol w:w="567"/>
        <w:gridCol w:w="9071"/>
      </w:tblGrid>
      <w:tr w:rsidR="00266466" w14:paraId="0FED1D81" w14:textId="77777777">
        <w:trPr>
          <w:cantSplit/>
        </w:trPr>
        <w:tc>
          <w:tcPr>
            <w:tcW w:w="567" w:type="dxa"/>
            <w:shd w:val="clear" w:color="auto" w:fill="FFFFFF"/>
          </w:tcPr>
          <w:p w14:paraId="082F4514" w14:textId="77777777" w:rsidR="00266466" w:rsidRDefault="009C2B1B">
            <w:pPr>
              <w:jc w:val="center"/>
            </w:pPr>
            <w:r>
              <w:rPr>
                <w:color w:val="1B398F"/>
                <w:sz w:val="28"/>
              </w:rPr>
              <w:t>☐</w:t>
            </w:r>
          </w:p>
        </w:tc>
        <w:tc>
          <w:tcPr>
            <w:tcW w:w="9071" w:type="dxa"/>
          </w:tcPr>
          <w:p w14:paraId="1879B3A2" w14:textId="77777777" w:rsidR="00266466" w:rsidRDefault="009C2B1B">
            <w:pPr>
              <w:spacing w:before="60" w:after="60"/>
            </w:pPr>
            <w:r>
              <w:rPr>
                <w:sz w:val="19"/>
              </w:rPr>
              <w:t>Posiadam ubezpieczenie OC w zakresie prowadzonej działalności.</w:t>
            </w:r>
          </w:p>
        </w:tc>
      </w:tr>
    </w:tbl>
    <w:p w14:paraId="16919490" w14:textId="77777777" w:rsidR="00266466" w:rsidRDefault="00266466">
      <w:pPr>
        <w:spacing w:after="40"/>
      </w:pPr>
    </w:p>
    <w:tbl>
      <w:tblPr>
        <w:tblW w:w="0" w:type="auto"/>
        <w:tblBorders>
          <w:top w:val="single" w:sz="6" w:space="0" w:color="D0D4DE"/>
          <w:left w:val="single" w:sz="6" w:space="0" w:color="D0D4DE"/>
          <w:bottom w:val="single" w:sz="6" w:space="0" w:color="D0D4DE"/>
          <w:right w:val="single" w:sz="6" w:space="0" w:color="D0D4DE"/>
          <w:insideH w:val="single" w:sz="6" w:space="0" w:color="D0D4DE"/>
          <w:insideV w:val="single" w:sz="6" w:space="0" w:color="D0D4DE"/>
        </w:tblBorders>
        <w:tblLook w:val="04A0" w:firstRow="1" w:lastRow="0" w:firstColumn="1" w:lastColumn="0" w:noHBand="0" w:noVBand="1"/>
      </w:tblPr>
      <w:tblGrid>
        <w:gridCol w:w="567"/>
        <w:gridCol w:w="9071"/>
      </w:tblGrid>
      <w:tr w:rsidR="00266466" w14:paraId="6D178304" w14:textId="77777777">
        <w:trPr>
          <w:cantSplit/>
        </w:trPr>
        <w:tc>
          <w:tcPr>
            <w:tcW w:w="567" w:type="dxa"/>
            <w:shd w:val="clear" w:color="auto" w:fill="FFFFFF"/>
          </w:tcPr>
          <w:p w14:paraId="69FD22B7" w14:textId="77777777" w:rsidR="00266466" w:rsidRDefault="009C2B1B">
            <w:pPr>
              <w:jc w:val="center"/>
            </w:pPr>
            <w:r>
              <w:rPr>
                <w:color w:val="1B398F"/>
                <w:sz w:val="28"/>
              </w:rPr>
              <w:t>☐</w:t>
            </w:r>
          </w:p>
        </w:tc>
        <w:tc>
          <w:tcPr>
            <w:tcW w:w="9071" w:type="dxa"/>
          </w:tcPr>
          <w:p w14:paraId="2F29AE7B" w14:textId="77777777" w:rsidR="00266466" w:rsidRDefault="009C2B1B">
            <w:pPr>
              <w:spacing w:before="60" w:after="60"/>
            </w:pPr>
            <w:r>
              <w:rPr>
                <w:sz w:val="19"/>
              </w:rPr>
              <w:t>W cenie usługi nie ujęto napojów alkoholowych.</w:t>
            </w:r>
          </w:p>
        </w:tc>
      </w:tr>
    </w:tbl>
    <w:p w14:paraId="3A0A2498" w14:textId="77777777" w:rsidR="00266466" w:rsidRDefault="00266466">
      <w:pPr>
        <w:spacing w:after="40"/>
      </w:pPr>
    </w:p>
    <w:tbl>
      <w:tblPr>
        <w:tblW w:w="0" w:type="auto"/>
        <w:tblBorders>
          <w:top w:val="single" w:sz="6" w:space="0" w:color="D0D4DE"/>
          <w:left w:val="single" w:sz="6" w:space="0" w:color="D0D4DE"/>
          <w:bottom w:val="single" w:sz="6" w:space="0" w:color="D0D4DE"/>
          <w:right w:val="single" w:sz="6" w:space="0" w:color="D0D4DE"/>
          <w:insideH w:val="single" w:sz="6" w:space="0" w:color="D0D4DE"/>
          <w:insideV w:val="single" w:sz="6" w:space="0" w:color="D0D4DE"/>
        </w:tblBorders>
        <w:tblLook w:val="04A0" w:firstRow="1" w:lastRow="0" w:firstColumn="1" w:lastColumn="0" w:noHBand="0" w:noVBand="1"/>
      </w:tblPr>
      <w:tblGrid>
        <w:gridCol w:w="567"/>
        <w:gridCol w:w="9071"/>
      </w:tblGrid>
      <w:tr w:rsidR="00266466" w14:paraId="55DCFE3C" w14:textId="77777777">
        <w:trPr>
          <w:cantSplit/>
        </w:trPr>
        <w:tc>
          <w:tcPr>
            <w:tcW w:w="567" w:type="dxa"/>
            <w:shd w:val="clear" w:color="auto" w:fill="FFFFFF"/>
          </w:tcPr>
          <w:p w14:paraId="322AA387" w14:textId="77777777" w:rsidR="00266466" w:rsidRDefault="009C2B1B">
            <w:pPr>
              <w:jc w:val="center"/>
            </w:pPr>
            <w:r>
              <w:rPr>
                <w:color w:val="1B398F"/>
                <w:sz w:val="28"/>
              </w:rPr>
              <w:t>☐</w:t>
            </w:r>
          </w:p>
        </w:tc>
        <w:tc>
          <w:tcPr>
            <w:tcW w:w="9071" w:type="dxa"/>
          </w:tcPr>
          <w:p w14:paraId="28D03063" w14:textId="77777777" w:rsidR="00266466" w:rsidRDefault="009C2B1B">
            <w:pPr>
              <w:spacing w:before="60" w:after="60"/>
            </w:pPr>
            <w:r>
              <w:rPr>
                <w:sz w:val="19"/>
              </w:rPr>
              <w:t>Dysponuję obiektem spełniającym wymogi opisane w punkcie 1 zapytania i wyrażam zgodę na wizję lokalną przed wyborem oferty.</w:t>
            </w:r>
          </w:p>
        </w:tc>
      </w:tr>
    </w:tbl>
    <w:p w14:paraId="1A122D73" w14:textId="77777777" w:rsidR="00266466" w:rsidRDefault="00266466">
      <w:pPr>
        <w:spacing w:after="40"/>
      </w:pPr>
    </w:p>
    <w:p w14:paraId="46664C99" w14:textId="77777777" w:rsidR="00266466" w:rsidRDefault="00266466">
      <w:pPr>
        <w:spacing w:after="80"/>
      </w:pPr>
    </w:p>
    <w:tbl>
      <w:tblPr>
        <w:tblW w:w="0" w:type="auto"/>
        <w:tblBorders>
          <w:top w:val="single" w:sz="6" w:space="0" w:color="E3E7F0"/>
          <w:left w:val="single" w:sz="6" w:space="0" w:color="E3E7F0"/>
          <w:bottom w:val="single" w:sz="6" w:space="0" w:color="E3E7F0"/>
          <w:right w:val="single" w:sz="6" w:space="0" w:color="E3E7F0"/>
          <w:insideH w:val="single" w:sz="6" w:space="0" w:color="E3E7F0"/>
          <w:insideV w:val="single" w:sz="6" w:space="0" w:color="E3E7F0"/>
        </w:tblBorders>
        <w:tblLook w:val="04A0" w:firstRow="1" w:lastRow="0" w:firstColumn="1" w:lastColumn="0" w:noHBand="0" w:noVBand="1"/>
      </w:tblPr>
      <w:tblGrid>
        <w:gridCol w:w="5102"/>
        <w:gridCol w:w="4535"/>
      </w:tblGrid>
      <w:tr w:rsidR="00266466" w14:paraId="777C98A1" w14:textId="77777777">
        <w:trPr>
          <w:cantSplit/>
        </w:trPr>
        <w:tc>
          <w:tcPr>
            <w:tcW w:w="5102" w:type="dxa"/>
            <w:shd w:val="clear" w:color="auto" w:fill="F3F4F7"/>
          </w:tcPr>
          <w:p w14:paraId="5D956FC8" w14:textId="77777777" w:rsidR="00266466" w:rsidRDefault="009C2B1B">
            <w:pPr>
              <w:spacing w:before="80" w:after="80"/>
            </w:pPr>
            <w:r>
              <w:rPr>
                <w:b/>
                <w:sz w:val="19"/>
              </w:rPr>
              <w:t>Oferta ważna do (min. 30 dni od terminu składania ofert)</w:t>
            </w:r>
          </w:p>
        </w:tc>
        <w:tc>
          <w:tcPr>
            <w:tcW w:w="4535" w:type="dxa"/>
            <w:shd w:val="clear" w:color="auto" w:fill="F8FAFE"/>
          </w:tcPr>
          <w:p w14:paraId="48EE4291" w14:textId="77777777" w:rsidR="00266466" w:rsidRDefault="00266466">
            <w:pPr>
              <w:spacing w:before="80" w:after="80"/>
            </w:pPr>
          </w:p>
        </w:tc>
      </w:tr>
    </w:tbl>
    <w:p w14:paraId="01F83E2C" w14:textId="77777777" w:rsidR="00266466" w:rsidRDefault="00266466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266466" w14:paraId="5F004F6C" w14:textId="77777777">
        <w:trPr>
          <w:cantSplit/>
        </w:trPr>
        <w:tc>
          <w:tcPr>
            <w:tcW w:w="9638" w:type="dxa"/>
            <w:shd w:val="clear" w:color="auto" w:fill="ECF2FE"/>
          </w:tcPr>
          <w:p w14:paraId="2B75BDD5" w14:textId="77777777" w:rsidR="00266466" w:rsidRDefault="009C2B1B">
            <w:pPr>
              <w:keepNext/>
              <w:spacing w:before="60" w:after="60"/>
            </w:pPr>
            <w:r>
              <w:rPr>
                <w:rFonts w:ascii="Poppins" w:hAnsi="Poppins"/>
                <w:b/>
                <w:color w:val="8B0C00"/>
                <w:sz w:val="22"/>
              </w:rPr>
              <w:t xml:space="preserve">10.  </w:t>
            </w:r>
            <w:r>
              <w:rPr>
                <w:rFonts w:ascii="Poppins" w:hAnsi="Poppins"/>
                <w:b/>
                <w:color w:val="0B1C4E"/>
                <w:sz w:val="22"/>
              </w:rPr>
              <w:t>Data i podpis</w:t>
            </w:r>
          </w:p>
        </w:tc>
      </w:tr>
    </w:tbl>
    <w:p w14:paraId="29F3D82C" w14:textId="77777777" w:rsidR="00266466" w:rsidRDefault="00266466">
      <w:pPr>
        <w:keepNext/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6236"/>
      </w:tblGrid>
      <w:tr w:rsidR="00266466" w14:paraId="15BEC600" w14:textId="77777777">
        <w:trPr>
          <w:cantSplit/>
        </w:trPr>
        <w:tc>
          <w:tcPr>
            <w:tcW w:w="3402" w:type="dxa"/>
          </w:tcPr>
          <w:p w14:paraId="0AB8E615" w14:textId="77777777" w:rsidR="00266466" w:rsidRDefault="00266466"/>
          <w:p w14:paraId="725F5BCA" w14:textId="77777777" w:rsidR="00266466" w:rsidRDefault="00266466"/>
          <w:p w14:paraId="4F513C02" w14:textId="77777777" w:rsidR="00266466" w:rsidRDefault="00266466"/>
          <w:p w14:paraId="7A77FAA8" w14:textId="77777777" w:rsidR="00266466" w:rsidRDefault="009C2B1B">
            <w:pPr>
              <w:spacing w:after="0"/>
            </w:pPr>
            <w:r>
              <w:rPr>
                <w:color w:val="B2B7C3"/>
                <w:sz w:val="18"/>
              </w:rPr>
              <w:t>..............................................</w:t>
            </w:r>
          </w:p>
          <w:p w14:paraId="67D7E861" w14:textId="77777777" w:rsidR="00266466" w:rsidRDefault="009C2B1B">
            <w:pPr>
              <w:spacing w:before="20"/>
            </w:pPr>
            <w:r>
              <w:rPr>
                <w:color w:val="69707F"/>
                <w:sz w:val="17"/>
              </w:rPr>
              <w:t>Miejscowość i data</w:t>
            </w:r>
          </w:p>
        </w:tc>
        <w:tc>
          <w:tcPr>
            <w:tcW w:w="6236" w:type="dxa"/>
          </w:tcPr>
          <w:p w14:paraId="60FAB9E9" w14:textId="77777777" w:rsidR="00266466" w:rsidRDefault="00266466"/>
          <w:p w14:paraId="0DBB1656" w14:textId="77777777" w:rsidR="00266466" w:rsidRDefault="00266466"/>
          <w:p w14:paraId="5D5489ED" w14:textId="77777777" w:rsidR="00266466" w:rsidRDefault="00266466"/>
          <w:p w14:paraId="0F3C3B24" w14:textId="77777777" w:rsidR="00266466" w:rsidRDefault="009C2B1B">
            <w:pPr>
              <w:spacing w:after="0"/>
            </w:pPr>
            <w:r>
              <w:rPr>
                <w:color w:val="B2B7C3"/>
                <w:sz w:val="18"/>
              </w:rPr>
              <w:t>..............................................</w:t>
            </w:r>
          </w:p>
          <w:p w14:paraId="14B59917" w14:textId="77777777" w:rsidR="00266466" w:rsidRDefault="009C2B1B">
            <w:pPr>
              <w:spacing w:before="20"/>
            </w:pPr>
            <w:r>
              <w:rPr>
                <w:color w:val="69707F"/>
                <w:sz w:val="17"/>
              </w:rPr>
              <w:t>Podpis osoby upoważnionej do reprezentacji</w:t>
            </w:r>
          </w:p>
        </w:tc>
      </w:tr>
    </w:tbl>
    <w:p w14:paraId="52BE9BC8" w14:textId="77777777" w:rsidR="008E7A1B" w:rsidRDefault="008E7A1B"/>
    <w:sectPr w:rsidR="008E7A1B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DC44EB" w14:textId="77777777" w:rsidR="009C2B1B" w:rsidRDefault="009C2B1B">
      <w:pPr>
        <w:spacing w:after="0" w:line="240" w:lineRule="auto"/>
      </w:pPr>
      <w:r>
        <w:separator/>
      </w:r>
    </w:p>
  </w:endnote>
  <w:endnote w:type="continuationSeparator" w:id="0">
    <w:p w14:paraId="78851BDB" w14:textId="77777777" w:rsidR="009C2B1B" w:rsidRDefault="009C2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nter">
    <w:panose1 w:val="020B0604020202020204"/>
    <w:charset w:val="00"/>
    <w:family w:val="auto"/>
    <w:pitch w:val="variable"/>
    <w:sig w:usb0="E00002FF" w:usb1="1200A1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BAD866" w14:textId="77777777" w:rsidR="00266466" w:rsidRDefault="00266466">
    <w:pPr>
      <w:pStyle w:val="Stopka"/>
    </w:pPr>
  </w:p>
  <w:tbl>
    <w:tblPr>
      <w:tblW w:w="0" w:type="auto"/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Look w:val="04A0" w:firstRow="1" w:lastRow="0" w:firstColumn="1" w:lastColumn="0" w:noHBand="0" w:noVBand="1"/>
    </w:tblPr>
    <w:tblGrid>
      <w:gridCol w:w="8220"/>
      <w:gridCol w:w="1417"/>
    </w:tblGrid>
    <w:tr w:rsidR="00266466" w14:paraId="1C064008" w14:textId="77777777">
      <w:tc>
        <w:tcPr>
          <w:tcW w:w="8220" w:type="dxa"/>
        </w:tcPr>
        <w:p w14:paraId="040CB4BF" w14:textId="77777777" w:rsidR="00266466" w:rsidRDefault="009C2B1B">
          <w:proofErr w:type="spellStart"/>
          <w:r>
            <w:rPr>
              <w:rFonts w:ascii="Poppins" w:hAnsi="Poppins"/>
              <w:b/>
              <w:color w:val="1B398F"/>
              <w:sz w:val="16"/>
            </w:rPr>
            <w:t>Załącznik</w:t>
          </w:r>
          <w:proofErr w:type="spellEnd"/>
          <w:r>
            <w:rPr>
              <w:rFonts w:ascii="Poppins" w:hAnsi="Poppins"/>
              <w:b/>
              <w:color w:val="1B398F"/>
              <w:sz w:val="16"/>
            </w:rPr>
            <w:t xml:space="preserve"> nr 1 do </w:t>
          </w:r>
          <w:proofErr w:type="spellStart"/>
          <w:r>
            <w:rPr>
              <w:rFonts w:ascii="Poppins" w:hAnsi="Poppins"/>
              <w:b/>
              <w:color w:val="1B398F"/>
              <w:sz w:val="16"/>
            </w:rPr>
            <w:t>zapytania</w:t>
          </w:r>
          <w:proofErr w:type="spellEnd"/>
          <w:r>
            <w:rPr>
              <w:rFonts w:ascii="Poppins" w:hAnsi="Poppins"/>
              <w:b/>
              <w:color w:val="1B398F"/>
              <w:sz w:val="16"/>
            </w:rPr>
            <w:t xml:space="preserve"> </w:t>
          </w:r>
          <w:proofErr w:type="spellStart"/>
          <w:r>
            <w:rPr>
              <w:rFonts w:ascii="Poppins" w:hAnsi="Poppins"/>
              <w:b/>
              <w:color w:val="1B398F"/>
              <w:sz w:val="16"/>
            </w:rPr>
            <w:t>ofertowego</w:t>
          </w:r>
          <w:proofErr w:type="spellEnd"/>
          <w:r>
            <w:rPr>
              <w:rFonts w:ascii="Poppins" w:hAnsi="Poppins"/>
              <w:b/>
              <w:color w:val="1B398F"/>
              <w:sz w:val="16"/>
            </w:rPr>
            <w:t xml:space="preserve"> 1/ABG/2026</w:t>
          </w:r>
        </w:p>
        <w:p w14:paraId="767EC83E" w14:textId="77777777" w:rsidR="00266466" w:rsidRDefault="009C2B1B">
          <w:proofErr w:type="spellStart"/>
          <w:r>
            <w:rPr>
              <w:color w:val="69707F"/>
              <w:sz w:val="15"/>
            </w:rPr>
            <w:t>Fundacja</w:t>
          </w:r>
          <w:proofErr w:type="spellEnd"/>
          <w:r>
            <w:rPr>
              <w:color w:val="69707F"/>
              <w:sz w:val="15"/>
            </w:rPr>
            <w:t xml:space="preserve"> </w:t>
          </w:r>
          <w:proofErr w:type="spellStart"/>
          <w:r>
            <w:rPr>
              <w:color w:val="69707F"/>
              <w:sz w:val="15"/>
            </w:rPr>
            <w:t>Gospodarcza</w:t>
          </w:r>
          <w:proofErr w:type="spellEnd"/>
          <w:r>
            <w:rPr>
              <w:color w:val="69707F"/>
              <w:sz w:val="15"/>
            </w:rPr>
            <w:t xml:space="preserve"> </w:t>
          </w:r>
          <w:proofErr w:type="spellStart"/>
          <w:r>
            <w:rPr>
              <w:color w:val="69707F"/>
              <w:sz w:val="15"/>
            </w:rPr>
            <w:t>Północnej</w:t>
          </w:r>
          <w:proofErr w:type="spellEnd"/>
          <w:r>
            <w:rPr>
              <w:color w:val="69707F"/>
              <w:sz w:val="15"/>
            </w:rPr>
            <w:t xml:space="preserve"> Wielkopolski · biuroprojektu@fgpw.pl · fgpw.pl</w:t>
          </w:r>
        </w:p>
      </w:tc>
      <w:tc>
        <w:tcPr>
          <w:tcW w:w="1417" w:type="dxa"/>
        </w:tcPr>
        <w:p w14:paraId="78D4EFF3" w14:textId="77777777" w:rsidR="00266466" w:rsidRDefault="009C2B1B">
          <w:pPr>
            <w:jc w:val="right"/>
          </w:pPr>
          <w:r>
            <w:rPr>
              <w:rFonts w:ascii="Poppins" w:hAnsi="Poppins"/>
              <w:color w:val="69707F"/>
              <w:sz w:val="16"/>
            </w:rPr>
            <w:t xml:space="preserve">str. </w:t>
          </w:r>
          <w:r>
            <w:rPr>
              <w:rFonts w:ascii="Poppins" w:hAnsi="Poppins"/>
              <w:b/>
              <w:color w:val="69707F"/>
              <w:sz w:val="16"/>
            </w:rPr>
            <w:fldChar w:fldCharType="begin"/>
          </w:r>
          <w:r>
            <w:rPr>
              <w:rFonts w:ascii="Poppins" w:hAnsi="Poppins"/>
              <w:b/>
              <w:color w:val="69707F"/>
              <w:sz w:val="16"/>
            </w:rPr>
            <w:instrText>PAGE</w:instrText>
          </w:r>
          <w:r>
            <w:rPr>
              <w:rFonts w:ascii="Poppins" w:hAnsi="Poppins"/>
              <w:b/>
              <w:color w:val="69707F"/>
              <w:sz w:val="16"/>
            </w:rPr>
            <w:fldChar w:fldCharType="separate"/>
          </w:r>
          <w:r w:rsidR="00E77C31">
            <w:rPr>
              <w:rFonts w:ascii="Poppins" w:hAnsi="Poppins"/>
              <w:b/>
              <w:noProof/>
              <w:color w:val="69707F"/>
              <w:sz w:val="16"/>
            </w:rPr>
            <w:t>1</w:t>
          </w:r>
          <w:r>
            <w:rPr>
              <w:rFonts w:ascii="Poppins" w:hAnsi="Poppins"/>
              <w:b/>
              <w:color w:val="69707F"/>
              <w:sz w:val="16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F2C2A8" w14:textId="77777777" w:rsidR="009C2B1B" w:rsidRDefault="009C2B1B">
      <w:pPr>
        <w:spacing w:after="0" w:line="240" w:lineRule="auto"/>
      </w:pPr>
      <w:r>
        <w:separator/>
      </w:r>
    </w:p>
  </w:footnote>
  <w:footnote w:type="continuationSeparator" w:id="0">
    <w:p w14:paraId="328B9EA0" w14:textId="77777777" w:rsidR="009C2B1B" w:rsidRDefault="009C2B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2184784">
    <w:abstractNumId w:val="8"/>
  </w:num>
  <w:num w:numId="2" w16cid:durableId="1203328233">
    <w:abstractNumId w:val="6"/>
  </w:num>
  <w:num w:numId="3" w16cid:durableId="776828807">
    <w:abstractNumId w:val="5"/>
  </w:num>
  <w:num w:numId="4" w16cid:durableId="411971220">
    <w:abstractNumId w:val="4"/>
  </w:num>
  <w:num w:numId="5" w16cid:durableId="902912107">
    <w:abstractNumId w:val="7"/>
  </w:num>
  <w:num w:numId="6" w16cid:durableId="434981419">
    <w:abstractNumId w:val="3"/>
  </w:num>
  <w:num w:numId="7" w16cid:durableId="1231815771">
    <w:abstractNumId w:val="2"/>
  </w:num>
  <w:num w:numId="8" w16cid:durableId="1537893679">
    <w:abstractNumId w:val="1"/>
  </w:num>
  <w:num w:numId="9" w16cid:durableId="16825329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6466"/>
    <w:rsid w:val="0029639D"/>
    <w:rsid w:val="00297639"/>
    <w:rsid w:val="00326F90"/>
    <w:rsid w:val="008E7A1B"/>
    <w:rsid w:val="009C2B1B"/>
    <w:rsid w:val="00AA1D8D"/>
    <w:rsid w:val="00B47730"/>
    <w:rsid w:val="00CB0664"/>
    <w:rsid w:val="00CE6008"/>
    <w:rsid w:val="00E77C3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B1E7DD"/>
  <w14:defaultImageDpi w14:val="300"/>
  <w15:docId w15:val="{F322AE44-4F1C-124D-AC36-C37299662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Inter" w:eastAsia="Inter" w:hAnsi="Inter"/>
      <w:color w:val="17233B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525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Mariusz Tomaszewski</cp:lastModifiedBy>
  <cp:revision>3</cp:revision>
  <dcterms:created xsi:type="dcterms:W3CDTF">2013-12-23T23:15:00Z</dcterms:created>
  <dcterms:modified xsi:type="dcterms:W3CDTF">2026-08-10T14:23:00Z</dcterms:modified>
  <cp:category/>
</cp:coreProperties>
</file>